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4387147B" w:rsidR="00737F40" w:rsidRPr="0080516D" w:rsidRDefault="004921E8" w:rsidP="004921E8">
      <w:pP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 xml:space="preserve">Meeting Minutes – </w:t>
      </w:r>
      <w:r w:rsidR="00E65F99" w:rsidRPr="0080516D">
        <w:rPr>
          <w:rFonts w:ascii="Calibri" w:hAnsi="Calibri" w:cs="Calibri"/>
          <w:b/>
          <w:bCs/>
        </w:rPr>
        <w:t>December</w:t>
      </w:r>
      <w:r w:rsidRPr="0080516D">
        <w:rPr>
          <w:rFonts w:ascii="Calibri" w:hAnsi="Calibri" w:cs="Calibri"/>
          <w:b/>
          <w:bCs/>
        </w:rPr>
        <w:t xml:space="preserve"> </w:t>
      </w:r>
      <w:r w:rsidR="00E65F99" w:rsidRPr="0080516D">
        <w:rPr>
          <w:rFonts w:ascii="Calibri" w:hAnsi="Calibri" w:cs="Calibri"/>
          <w:b/>
          <w:bCs/>
        </w:rPr>
        <w:t>11</w:t>
      </w:r>
      <w:r w:rsidRPr="0080516D">
        <w:rPr>
          <w:rFonts w:ascii="Calibri" w:hAnsi="Calibri" w:cs="Calibri"/>
          <w:b/>
          <w:bCs/>
        </w:rPr>
        <w:t>, 2025</w:t>
      </w:r>
    </w:p>
    <w:p w14:paraId="06C3D53D" w14:textId="57BD17B9" w:rsidR="00737F40" w:rsidRPr="0080516D" w:rsidRDefault="00E65F99" w:rsidP="004921E8">
      <w:pPr>
        <w:contextualSpacing/>
        <w:rPr>
          <w:rFonts w:ascii="Calibri" w:hAnsi="Calibri" w:cs="Calibri"/>
          <w:b/>
          <w:bCs/>
          <w:sz w:val="20"/>
          <w:szCs w:val="20"/>
        </w:rPr>
      </w:pPr>
      <w:r w:rsidRPr="0080516D">
        <w:rPr>
          <w:rFonts w:ascii="Calibri" w:hAnsi="Calibri" w:cs="Calibri"/>
          <w:b/>
          <w:bCs/>
          <w:sz w:val="20"/>
          <w:szCs w:val="20"/>
        </w:rPr>
        <w:t>3:0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 xml:space="preserve">0 – </w:t>
      </w:r>
      <w:r w:rsidRPr="0080516D">
        <w:rPr>
          <w:rFonts w:ascii="Calibri" w:hAnsi="Calibri" w:cs="Calibri"/>
          <w:b/>
          <w:bCs/>
          <w:sz w:val="20"/>
          <w:szCs w:val="20"/>
        </w:rPr>
        <w:t>4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>:</w:t>
      </w:r>
      <w:r w:rsidRPr="0080516D">
        <w:rPr>
          <w:rFonts w:ascii="Calibri" w:hAnsi="Calibri" w:cs="Calibri"/>
          <w:b/>
          <w:bCs/>
          <w:sz w:val="20"/>
          <w:szCs w:val="20"/>
        </w:rPr>
        <w:t>0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>0 p.m. | Campus Center Boardroom</w:t>
      </w:r>
    </w:p>
    <w:p w14:paraId="0029A992" w14:textId="72F99F93" w:rsidR="00737F40" w:rsidRPr="0080516D" w:rsidRDefault="004921E8" w:rsidP="004921E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 xml:space="preserve">Supporting documents available at: </w:t>
      </w:r>
      <w:hyperlink r:id="rId7" w:history="1">
        <w:r w:rsidRPr="0080516D">
          <w:rPr>
            <w:rStyle w:val="Hyperlink"/>
            <w:rFonts w:ascii="Calibri" w:hAnsi="Calibri" w:cs="Calibri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2E5473A8" w:rsidR="00E511A8" w:rsidRPr="0080516D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</w:rPr>
        <w:t xml:space="preserve">The College Council meeting was called to order at </w:t>
      </w:r>
      <w:r w:rsidR="00E65F99" w:rsidRPr="0080516D">
        <w:rPr>
          <w:rFonts w:ascii="Calibri" w:hAnsi="Calibri" w:cs="Calibri"/>
        </w:rPr>
        <w:t>3</w:t>
      </w:r>
      <w:r w:rsidRPr="0080516D">
        <w:rPr>
          <w:rFonts w:ascii="Calibri" w:hAnsi="Calibri" w:cs="Calibri"/>
          <w:b/>
          <w:bCs/>
        </w:rPr>
        <w:t>:</w:t>
      </w:r>
      <w:r w:rsidR="001B0DCB" w:rsidRPr="0080516D">
        <w:rPr>
          <w:rFonts w:ascii="Calibri" w:hAnsi="Calibri" w:cs="Calibri"/>
          <w:b/>
          <w:bCs/>
        </w:rPr>
        <w:t>0</w:t>
      </w:r>
      <w:r w:rsidR="00E65F99" w:rsidRPr="0080516D">
        <w:rPr>
          <w:rFonts w:ascii="Calibri" w:hAnsi="Calibri" w:cs="Calibri"/>
          <w:b/>
          <w:bCs/>
        </w:rPr>
        <w:t>3</w:t>
      </w:r>
      <w:r w:rsidRPr="0080516D">
        <w:rPr>
          <w:rFonts w:ascii="Calibri" w:hAnsi="Calibri" w:cs="Calibri"/>
          <w:b/>
          <w:bCs/>
        </w:rPr>
        <w:t xml:space="preserve"> p.m.</w:t>
      </w:r>
      <w:r w:rsidRPr="0080516D">
        <w:rPr>
          <w:rFonts w:ascii="Calibri" w:hAnsi="Calibri" w:cs="Calibri"/>
        </w:rPr>
        <w:t xml:space="preserve"> by </w:t>
      </w:r>
      <w:r w:rsidR="00527B77" w:rsidRPr="0080516D">
        <w:rPr>
          <w:rFonts w:ascii="Calibri" w:hAnsi="Calibri" w:cs="Calibri"/>
          <w:b/>
          <w:bCs/>
        </w:rPr>
        <w:t xml:space="preserve">President </w:t>
      </w:r>
      <w:r w:rsidR="00E65F99" w:rsidRPr="0080516D">
        <w:rPr>
          <w:rFonts w:ascii="Calibri" w:hAnsi="Calibri" w:cs="Calibri"/>
          <w:b/>
          <w:bCs/>
        </w:rPr>
        <w:t>Stacy Pfluger</w:t>
      </w:r>
    </w:p>
    <w:p w14:paraId="199C4038" w14:textId="77777777" w:rsidR="00E511A8" w:rsidRPr="0080516D" w:rsidRDefault="00E511A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</w:p>
    <w:p w14:paraId="26740969" w14:textId="540D33AE" w:rsidR="00527B77" w:rsidRPr="0080516D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Present:</w:t>
      </w:r>
      <w:r w:rsidR="00527B77" w:rsidRPr="0080516D">
        <w:rPr>
          <w:rFonts w:ascii="Calibri" w:hAnsi="Calibri" w:cs="Calibri"/>
          <w:b/>
          <w:bCs/>
        </w:rPr>
        <w:t xml:space="preserve"> </w:t>
      </w:r>
      <w:r w:rsidR="00E65F99" w:rsidRPr="0080516D">
        <w:rPr>
          <w:rFonts w:ascii="Calibri" w:hAnsi="Calibri" w:cs="Calibri"/>
        </w:rPr>
        <w:t xml:space="preserve">Stacy Pfluger, </w:t>
      </w:r>
      <w:r w:rsidR="00527B77" w:rsidRPr="0080516D">
        <w:rPr>
          <w:rFonts w:ascii="Calibri" w:hAnsi="Calibri" w:cs="Calibri"/>
        </w:rPr>
        <w:t xml:space="preserve">Cesar Jimenez, </w:t>
      </w:r>
      <w:r w:rsidR="00E65F99" w:rsidRPr="0080516D">
        <w:rPr>
          <w:rFonts w:ascii="Calibri" w:hAnsi="Calibri" w:cs="Calibri"/>
        </w:rPr>
        <w:t xml:space="preserve">Andrea Thorson, </w:t>
      </w:r>
      <w:r w:rsidR="00527B77" w:rsidRPr="0080516D">
        <w:rPr>
          <w:rFonts w:ascii="Calibri" w:hAnsi="Calibri" w:cs="Calibri"/>
        </w:rPr>
        <w:t xml:space="preserve">Ashlea Ward, Leo Ocampo, </w:t>
      </w:r>
      <w:r w:rsidR="00E65F99" w:rsidRPr="0080516D">
        <w:rPr>
          <w:rFonts w:ascii="Calibri" w:hAnsi="Calibri" w:cs="Calibri"/>
        </w:rPr>
        <w:t xml:space="preserve">Sooyeon Kim, </w:t>
      </w:r>
      <w:r w:rsidR="00527B77" w:rsidRPr="0080516D">
        <w:rPr>
          <w:rFonts w:ascii="Calibri" w:hAnsi="Calibri" w:cs="Calibri"/>
        </w:rPr>
        <w:t>Ann Tatum, Grace Commiso, Heather Baltis, Nick Strobel. Faith Bradham, Maria Arias and Khalfani Mackey.</w:t>
      </w:r>
    </w:p>
    <w:p w14:paraId="7331D9C9" w14:textId="69714DB5" w:rsidR="00737F40" w:rsidRPr="0080516D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Regrets:</w:t>
      </w:r>
      <w:r w:rsidR="00527B77" w:rsidRPr="0080516D">
        <w:rPr>
          <w:rFonts w:ascii="Calibri" w:hAnsi="Calibri" w:cs="Calibri"/>
          <w:b/>
          <w:bCs/>
        </w:rPr>
        <w:t xml:space="preserve"> </w:t>
      </w:r>
      <w:r w:rsidR="00E65F99" w:rsidRPr="0080516D">
        <w:rPr>
          <w:rFonts w:ascii="Calibri" w:hAnsi="Calibri" w:cs="Calibri"/>
        </w:rPr>
        <w:t xml:space="preserve">Queen King, Jessica Wojtysiak, Rebecka Zepeda, Kimberly Bligh, </w:t>
      </w:r>
      <w:r w:rsidR="00527B77" w:rsidRPr="0080516D">
        <w:rPr>
          <w:rFonts w:ascii="Calibri" w:hAnsi="Calibri" w:cs="Calibri"/>
        </w:rPr>
        <w:t>Zachary Wharton, Marcia Overturf</w:t>
      </w:r>
      <w:r w:rsidR="00527B77" w:rsidRPr="0080516D">
        <w:rPr>
          <w:rFonts w:ascii="Calibri" w:hAnsi="Calibri" w:cs="Calibri"/>
          <w:b/>
          <w:bCs/>
        </w:rPr>
        <w:t xml:space="preserve">, </w:t>
      </w:r>
      <w:r w:rsidRPr="0080516D">
        <w:rPr>
          <w:rFonts w:ascii="Calibri" w:hAnsi="Calibri" w:cs="Calibri"/>
        </w:rPr>
        <w:t>Vacant (Vice President of Instruction), Vacant (Classified Representative, Finance &amp; Administrative Services)</w:t>
      </w:r>
    </w:p>
    <w:p w14:paraId="066E7376" w14:textId="2DA809C7" w:rsidR="00737F40" w:rsidRPr="0080516D" w:rsidRDefault="004921E8" w:rsidP="004921E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Others Present:</w:t>
      </w:r>
      <w:r w:rsidR="005C6EEE" w:rsidRPr="0080516D">
        <w:rPr>
          <w:rFonts w:ascii="Calibri" w:hAnsi="Calibri" w:cs="Calibri"/>
        </w:rPr>
        <w:t xml:space="preserve"> </w:t>
      </w:r>
      <w:r w:rsidR="00E65F99" w:rsidRPr="0080516D">
        <w:rPr>
          <w:rFonts w:ascii="Calibri" w:hAnsi="Calibri" w:cs="Calibri"/>
        </w:rPr>
        <w:t>Wade Ellis (Proxy for Rebecka Zepeda)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359EF345" w:rsidR="00737F40" w:rsidRPr="0080516D" w:rsidRDefault="004921E8" w:rsidP="004921E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 xml:space="preserve">The minutes from </w:t>
      </w:r>
      <w:proofErr w:type="gramStart"/>
      <w:r w:rsidRPr="0080516D">
        <w:rPr>
          <w:rFonts w:ascii="Calibri" w:hAnsi="Calibri" w:cs="Calibri"/>
        </w:rPr>
        <w:t xml:space="preserve">the </w:t>
      </w:r>
      <w:r w:rsidR="0058037A" w:rsidRPr="0080516D">
        <w:rPr>
          <w:rFonts w:ascii="Calibri" w:hAnsi="Calibri" w:cs="Calibri"/>
          <w:b/>
          <w:bCs/>
        </w:rPr>
        <w:t>November</w:t>
      </w:r>
      <w:proofErr w:type="gramEnd"/>
      <w:r w:rsidRPr="0080516D">
        <w:rPr>
          <w:rFonts w:ascii="Calibri" w:hAnsi="Calibri" w:cs="Calibri"/>
          <w:b/>
          <w:bCs/>
        </w:rPr>
        <w:t xml:space="preserve"> </w:t>
      </w:r>
      <w:r w:rsidR="00805A2F" w:rsidRPr="0080516D">
        <w:rPr>
          <w:rFonts w:ascii="Calibri" w:hAnsi="Calibri" w:cs="Calibri"/>
          <w:b/>
          <w:bCs/>
        </w:rPr>
        <w:t>20</w:t>
      </w:r>
      <w:r w:rsidRPr="0080516D">
        <w:rPr>
          <w:rFonts w:ascii="Calibri" w:hAnsi="Calibri" w:cs="Calibri"/>
          <w:b/>
          <w:bCs/>
        </w:rPr>
        <w:t xml:space="preserve">, </w:t>
      </w:r>
      <w:r w:rsidR="00805A2F" w:rsidRPr="0080516D">
        <w:rPr>
          <w:rFonts w:ascii="Calibri" w:hAnsi="Calibri" w:cs="Calibri"/>
          <w:b/>
          <w:bCs/>
        </w:rPr>
        <w:t>2025,</w:t>
      </w:r>
      <w:r w:rsidR="0058037A" w:rsidRPr="0080516D">
        <w:rPr>
          <w:rFonts w:ascii="Calibri" w:hAnsi="Calibri" w:cs="Calibri"/>
          <w:b/>
          <w:bCs/>
        </w:rPr>
        <w:t xml:space="preserve"> </w:t>
      </w:r>
      <w:r w:rsidRPr="0080516D">
        <w:rPr>
          <w:rFonts w:ascii="Calibri" w:hAnsi="Calibri" w:cs="Calibri"/>
        </w:rPr>
        <w:t>College Council meeting were reviewed.</w:t>
      </w:r>
    </w:p>
    <w:p w14:paraId="3C0F3128" w14:textId="717BD9F4" w:rsidR="00737F40" w:rsidRPr="0080516D" w:rsidRDefault="004921E8" w:rsidP="004921E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 xml:space="preserve">: To approve the minutes as </w:t>
      </w:r>
      <w:r w:rsidR="0058037A" w:rsidRPr="0080516D">
        <w:rPr>
          <w:rFonts w:ascii="Calibri" w:hAnsi="Calibri" w:cs="Calibri"/>
        </w:rPr>
        <w:t>submitted</w:t>
      </w:r>
      <w:r w:rsidRPr="0080516D">
        <w:rPr>
          <w:rFonts w:ascii="Calibri" w:hAnsi="Calibri" w:cs="Calibri"/>
        </w:rPr>
        <w:t>.</w:t>
      </w:r>
      <w:r w:rsidRPr="0080516D">
        <w:rPr>
          <w:rFonts w:ascii="Calibri" w:hAnsi="Calibri" w:cs="Calibri"/>
        </w:rPr>
        <w:br/>
      </w: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805A2F" w:rsidRPr="0080516D">
        <w:rPr>
          <w:rFonts w:ascii="Calibri" w:hAnsi="Calibri" w:cs="Calibri"/>
        </w:rPr>
        <w:t>Grace Commiso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58037A" w:rsidRPr="0080516D">
        <w:rPr>
          <w:rFonts w:ascii="Calibri" w:hAnsi="Calibri" w:cs="Calibri"/>
        </w:rPr>
        <w:t>Faith Bradham</w:t>
      </w:r>
      <w:r w:rsidRPr="0080516D">
        <w:rPr>
          <w:rFonts w:ascii="Calibri" w:hAnsi="Calibri" w:cs="Calibri"/>
        </w:rPr>
        <w:t xml:space="preserve"> | </w:t>
      </w:r>
      <w:r w:rsidR="009707ED" w:rsidRPr="0080516D">
        <w:rPr>
          <w:rFonts w:ascii="Calibri" w:hAnsi="Calibri" w:cs="Calibri"/>
          <w:b/>
          <w:bCs/>
        </w:rPr>
        <w:t>Abstain</w:t>
      </w:r>
      <w:r w:rsidR="009707ED" w:rsidRPr="0080516D">
        <w:rPr>
          <w:rFonts w:ascii="Calibri" w:hAnsi="Calibri" w:cs="Calibri"/>
        </w:rPr>
        <w:t>: Andrea Thorson</w:t>
      </w:r>
      <w:r w:rsidR="009707ED"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155942C1" w14:textId="77777777" w:rsidR="009707ED" w:rsidRDefault="009707ED" w:rsidP="009707ED">
      <w:pPr>
        <w:pBdr>
          <w:bottom w:val="single" w:sz="6" w:space="1" w:color="auto"/>
        </w:pBdr>
        <w:contextualSpacing/>
      </w:pPr>
    </w:p>
    <w:p w14:paraId="1C62AB93" w14:textId="77777777" w:rsidR="009707ED" w:rsidRPr="004921E8" w:rsidRDefault="009707ED" w:rsidP="009707ED">
      <w:pPr>
        <w:contextualSpacing/>
      </w:pPr>
    </w:p>
    <w:p w14:paraId="105CE87E" w14:textId="2EFBD1CB" w:rsidR="009707ED" w:rsidRPr="0095611C" w:rsidRDefault="009707ED" w:rsidP="009707ED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</w:t>
      </w:r>
      <w:r>
        <w:rPr>
          <w:color w:val="C00000"/>
        </w:rPr>
        <w:t>I</w:t>
      </w:r>
      <w:r w:rsidRPr="0095611C">
        <w:rPr>
          <w:color w:val="C00000"/>
        </w:rPr>
        <w:t xml:space="preserve">I. </w:t>
      </w:r>
      <w:r>
        <w:rPr>
          <w:color w:val="C00000"/>
        </w:rPr>
        <w:t>President’s Update</w:t>
      </w:r>
    </w:p>
    <w:p w14:paraId="6B517E1E" w14:textId="77777777" w:rsidR="009707ED" w:rsidRPr="0080516D" w:rsidRDefault="009707ED" w:rsidP="009707ED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President Pfluger provided general college updates, including current initiatives, recent campus activities, and engagement efforts. Highlights included:</w:t>
      </w:r>
    </w:p>
    <w:p w14:paraId="30602BA0" w14:textId="590394AC" w:rsidR="009707ED" w:rsidRPr="0080516D" w:rsidRDefault="009707ED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80516D">
        <w:rPr>
          <w:rFonts w:ascii="Calibri" w:hAnsi="Calibri" w:cs="Calibri"/>
        </w:rPr>
        <w:t>Pantry Ribbon Cuttings</w:t>
      </w:r>
    </w:p>
    <w:p w14:paraId="74767429" w14:textId="46162C8E" w:rsidR="009707ED" w:rsidRPr="0080516D" w:rsidRDefault="009707ED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80516D">
        <w:rPr>
          <w:rFonts w:ascii="Calibri" w:hAnsi="Calibri" w:cs="Calibri"/>
        </w:rPr>
        <w:t>VP Jimenez, CCAMPIS Grant Advocacy</w:t>
      </w:r>
    </w:p>
    <w:p w14:paraId="7F533D54" w14:textId="611BEF77" w:rsidR="009707ED" w:rsidRPr="0080516D" w:rsidRDefault="009707ED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80516D">
        <w:rPr>
          <w:rFonts w:ascii="Calibri" w:hAnsi="Calibri" w:cs="Calibri"/>
        </w:rPr>
        <w:t>Employee Holiday Reception</w:t>
      </w:r>
    </w:p>
    <w:p w14:paraId="3317D822" w14:textId="29FCBC9D" w:rsidR="009707ED" w:rsidRPr="0080516D" w:rsidRDefault="009707ED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80516D">
        <w:rPr>
          <w:rFonts w:ascii="Calibri" w:hAnsi="Calibri" w:cs="Calibri"/>
        </w:rPr>
        <w:t>Industrial Automation Senior Projects Open House</w:t>
      </w:r>
    </w:p>
    <w:p w14:paraId="55C95C88" w14:textId="77777777" w:rsidR="009707ED" w:rsidRDefault="009707ED" w:rsidP="009707ED">
      <w:pPr>
        <w:pBdr>
          <w:bottom w:val="single" w:sz="6" w:space="1" w:color="auto"/>
        </w:pBdr>
        <w:contextualSpacing/>
      </w:pPr>
    </w:p>
    <w:p w14:paraId="28EFC358" w14:textId="77777777" w:rsidR="009707ED" w:rsidRDefault="009707ED" w:rsidP="009707ED"/>
    <w:p w14:paraId="6B541FEA" w14:textId="77777777" w:rsidR="009707ED" w:rsidRDefault="009707ED" w:rsidP="008B2808"/>
    <w:p w14:paraId="72AE8D9D" w14:textId="25353191" w:rsidR="008B2808" w:rsidRPr="0095611C" w:rsidRDefault="008B2808" w:rsidP="008B2808">
      <w:pPr>
        <w:pStyle w:val="Heading2"/>
        <w:contextualSpacing/>
        <w:rPr>
          <w:color w:val="C00000"/>
        </w:rPr>
      </w:pPr>
      <w:r>
        <w:rPr>
          <w:color w:val="C00000"/>
        </w:rPr>
        <w:lastRenderedPageBreak/>
        <w:t>I</w:t>
      </w:r>
      <w:r w:rsidRPr="0095611C">
        <w:rPr>
          <w:color w:val="C00000"/>
        </w:rPr>
        <w:t>V. Reports to College Council</w:t>
      </w:r>
    </w:p>
    <w:p w14:paraId="2D7BBF7D" w14:textId="77777777" w:rsidR="008B2808" w:rsidRPr="0080516D" w:rsidRDefault="008B2808" w:rsidP="008B2808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A. Committee </w:t>
      </w:r>
      <w:r w:rsidRPr="0080516D">
        <w:rPr>
          <w:rFonts w:ascii="Calibri" w:hAnsi="Calibri" w:cs="Calibri"/>
          <w:color w:val="auto"/>
        </w:rPr>
        <w:t>Charges (Consent Items)</w:t>
      </w:r>
    </w:p>
    <w:p w14:paraId="7F6DF732" w14:textId="77777777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The following committee charges were presented for review and approval under consent:</w:t>
      </w:r>
    </w:p>
    <w:p w14:paraId="38B142BC" w14:textId="1CD9733E" w:rsidR="008B2808" w:rsidRPr="0080516D" w:rsidRDefault="000F226A" w:rsidP="008B280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Guided Pathways Strategies</w:t>
      </w:r>
    </w:p>
    <w:p w14:paraId="11FB0F9F" w14:textId="7A2766A1" w:rsidR="007C4295" w:rsidRPr="0080516D" w:rsidRDefault="000F226A" w:rsidP="008B280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Safety Advisory Committee Charge</w:t>
      </w:r>
    </w:p>
    <w:p w14:paraId="7D0CE682" w14:textId="65BF3DBE" w:rsidR="00F70F06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0F226A" w:rsidRPr="0080516D">
        <w:rPr>
          <w:rFonts w:ascii="Calibri" w:hAnsi="Calibri" w:cs="Calibri"/>
        </w:rPr>
        <w:t>Wade Ellis</w:t>
      </w:r>
    </w:p>
    <w:p w14:paraId="2BD8B203" w14:textId="179E65CE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>: To approve the committee charges as presented.</w:t>
      </w:r>
      <w:r w:rsidRPr="0080516D">
        <w:rPr>
          <w:rFonts w:ascii="Calibri" w:hAnsi="Calibri" w:cs="Calibri"/>
        </w:rPr>
        <w:br/>
      </w: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0F669D" w:rsidRPr="0080516D">
        <w:rPr>
          <w:rFonts w:ascii="Calibri" w:hAnsi="Calibri" w:cs="Calibri"/>
        </w:rPr>
        <w:t>Andrea Thorson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0F669D" w:rsidRPr="0080516D">
        <w:rPr>
          <w:rFonts w:ascii="Calibri" w:hAnsi="Calibri" w:cs="Calibri"/>
        </w:rPr>
        <w:t>Sooyeon Kim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3331F3C8" w14:textId="77777777" w:rsidR="008B2808" w:rsidRPr="0080516D" w:rsidRDefault="008B2808" w:rsidP="008B2808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B. Committee </w:t>
      </w:r>
      <w:r w:rsidRPr="0080516D">
        <w:rPr>
          <w:rFonts w:ascii="Calibri" w:hAnsi="Calibri" w:cs="Calibri"/>
          <w:color w:val="auto"/>
        </w:rPr>
        <w:t>Reports (Information Items)</w:t>
      </w:r>
    </w:p>
    <w:p w14:paraId="1E621F91" w14:textId="77777777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Informational reports were shared from the following committees:</w:t>
      </w:r>
    </w:p>
    <w:p w14:paraId="3561C456" w14:textId="1DC3FEEA" w:rsidR="008B2808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Accreditation and Institutional Quality Committee</w:t>
      </w:r>
    </w:p>
    <w:p w14:paraId="02B5D5BD" w14:textId="69829C7E" w:rsidR="008B2808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Assessment</w:t>
      </w:r>
      <w:r w:rsidR="009C53D7" w:rsidRPr="0080516D">
        <w:rPr>
          <w:rFonts w:ascii="Calibri" w:hAnsi="Calibri" w:cs="Calibri"/>
          <w:b/>
          <w:bCs/>
        </w:rPr>
        <w:t xml:space="preserve"> </w:t>
      </w:r>
      <w:r w:rsidR="00F70F06" w:rsidRPr="0080516D">
        <w:rPr>
          <w:rFonts w:ascii="Calibri" w:hAnsi="Calibri" w:cs="Calibri"/>
          <w:b/>
          <w:bCs/>
        </w:rPr>
        <w:t>C</w:t>
      </w:r>
      <w:r w:rsidR="008B2808" w:rsidRPr="0080516D">
        <w:rPr>
          <w:rFonts w:ascii="Calibri" w:hAnsi="Calibri" w:cs="Calibri"/>
          <w:b/>
          <w:bCs/>
        </w:rPr>
        <w:t>ommittee</w:t>
      </w:r>
    </w:p>
    <w:p w14:paraId="14D55382" w14:textId="0D2CDB3D" w:rsidR="008B2808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Budget</w:t>
      </w:r>
      <w:r w:rsidR="008B2808" w:rsidRPr="0080516D">
        <w:rPr>
          <w:rFonts w:ascii="Calibri" w:hAnsi="Calibri" w:cs="Calibri"/>
          <w:b/>
          <w:bCs/>
        </w:rPr>
        <w:t xml:space="preserve"> Committee</w:t>
      </w:r>
    </w:p>
    <w:p w14:paraId="04941602" w14:textId="7A721904" w:rsidR="008B2808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Credit for Prior Learning</w:t>
      </w:r>
      <w:r w:rsidR="008B2808" w:rsidRPr="0080516D">
        <w:rPr>
          <w:rFonts w:ascii="Calibri" w:hAnsi="Calibri" w:cs="Calibri"/>
          <w:b/>
          <w:bCs/>
        </w:rPr>
        <w:t xml:space="preserve"> Committee</w:t>
      </w:r>
    </w:p>
    <w:p w14:paraId="2B7BCFEB" w14:textId="762AE472" w:rsidR="009C53D7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Equal Opportunity &amp; Diversity Advisory Committee</w:t>
      </w:r>
    </w:p>
    <w:p w14:paraId="144A7836" w14:textId="334F2EC3" w:rsidR="009C53D7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Professional Development Committee</w:t>
      </w:r>
    </w:p>
    <w:p w14:paraId="169001F0" w14:textId="25A2EDCB" w:rsidR="009C53D7" w:rsidRPr="0080516D" w:rsidRDefault="008A0282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>Safety Advisory</w:t>
      </w:r>
      <w:r w:rsidR="009C53D7" w:rsidRPr="0080516D">
        <w:rPr>
          <w:rFonts w:ascii="Calibri" w:hAnsi="Calibri" w:cs="Calibri"/>
          <w:b/>
          <w:bCs/>
        </w:rPr>
        <w:t xml:space="preserve"> Committee</w:t>
      </w:r>
    </w:p>
    <w:p w14:paraId="401CFA75" w14:textId="67ABD630" w:rsidR="008B2808" w:rsidRPr="0080516D" w:rsidRDefault="008B2808" w:rsidP="008B280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8A0282" w:rsidRPr="0080516D">
        <w:rPr>
          <w:rFonts w:ascii="Calibri" w:hAnsi="Calibri" w:cs="Calibri"/>
        </w:rPr>
        <w:t>Wade Ellis</w:t>
      </w:r>
      <w:r w:rsidRPr="0080516D">
        <w:rPr>
          <w:rFonts w:ascii="Calibri" w:hAnsi="Calibri" w:cs="Calibri"/>
        </w:rPr>
        <w:br/>
        <w:t>Reports were received and filed for information only.</w:t>
      </w:r>
    </w:p>
    <w:p w14:paraId="3828494B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8F8E2C3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61304DF" w14:textId="77777777" w:rsidR="008B2808" w:rsidRDefault="008B2808" w:rsidP="004921E8">
      <w:pPr>
        <w:pStyle w:val="Heading2"/>
        <w:contextualSpacing/>
        <w:rPr>
          <w:color w:val="C00000"/>
        </w:rPr>
      </w:pPr>
    </w:p>
    <w:p w14:paraId="2467EDA5" w14:textId="3168A1C6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10EF88B9" w14:textId="1FB3592C" w:rsidR="00F72309" w:rsidRPr="0080516D" w:rsidRDefault="00F72309" w:rsidP="00F72309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C. </w:t>
      </w:r>
      <w:r w:rsidR="0080516D" w:rsidRPr="00AB7C3F">
        <w:rPr>
          <w:rFonts w:ascii="Calibri" w:hAnsi="Calibri" w:cs="Calibri"/>
          <w:color w:val="auto"/>
        </w:rPr>
        <w:t xml:space="preserve">Committee </w:t>
      </w:r>
      <w:r w:rsidR="0080516D" w:rsidRPr="0080516D">
        <w:rPr>
          <w:rFonts w:ascii="Calibri" w:hAnsi="Calibri" w:cs="Calibri"/>
          <w:color w:val="auto"/>
        </w:rPr>
        <w:t>Charge Template</w:t>
      </w:r>
    </w:p>
    <w:p w14:paraId="505CDFB2" w14:textId="2FEF0724" w:rsidR="00F72309" w:rsidRPr="0080516D" w:rsidRDefault="007064C5" w:rsidP="00F72309">
      <w:pP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Reviewed Committee Charge Template approved by the Academic Senate.</w:t>
      </w:r>
    </w:p>
    <w:p w14:paraId="63BC8B34" w14:textId="0E948CAA" w:rsidR="00F72309" w:rsidRPr="0080516D" w:rsidRDefault="00F72309" w:rsidP="00F72309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80516D" w:rsidRPr="0080516D">
        <w:rPr>
          <w:rFonts w:ascii="Calibri" w:hAnsi="Calibri" w:cs="Calibri"/>
        </w:rPr>
        <w:t>Wade Ellis</w:t>
      </w:r>
    </w:p>
    <w:p w14:paraId="27528D99" w14:textId="77777777" w:rsidR="0080516D" w:rsidRPr="0080516D" w:rsidRDefault="0080516D" w:rsidP="008A1FF7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</w:p>
    <w:p w14:paraId="0C159D21" w14:textId="6BE0D6D4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AB7C3F">
        <w:rPr>
          <w:rFonts w:ascii="Calibri" w:hAnsi="Calibri" w:cs="Calibri"/>
          <w:b/>
          <w:bCs/>
        </w:rPr>
        <w:t xml:space="preserve">D. ISIT </w:t>
      </w:r>
      <w:r w:rsidRPr="0080516D">
        <w:rPr>
          <w:rFonts w:ascii="Calibri" w:hAnsi="Calibri" w:cs="Calibri"/>
          <w:b/>
          <w:bCs/>
        </w:rPr>
        <w:t>Committee Transition</w:t>
      </w:r>
    </w:p>
    <w:p w14:paraId="7B4DAAD0" w14:textId="7B9D826C" w:rsidR="0080516D" w:rsidRPr="0080516D" w:rsidRDefault="007064C5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Reviewed changes submitted by the ISIT Committee.</w:t>
      </w:r>
    </w:p>
    <w:p w14:paraId="025BFBEC" w14:textId="03D30E0B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>: Wade Ellis</w:t>
      </w:r>
    </w:p>
    <w:p w14:paraId="5515C0F0" w14:textId="2F6DB098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>: To approve as submitted.</w:t>
      </w:r>
    </w:p>
    <w:p w14:paraId="2F4B8A85" w14:textId="35BF8D38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7713FD">
        <w:rPr>
          <w:rFonts w:ascii="Calibri" w:hAnsi="Calibri" w:cs="Calibri"/>
        </w:rPr>
        <w:t xml:space="preserve">Ann Tatum </w:t>
      </w:r>
      <w:r w:rsidRPr="0080516D">
        <w:rPr>
          <w:rFonts w:ascii="Calibri" w:hAnsi="Calibri" w:cs="Calibri"/>
        </w:rPr>
        <w:t xml:space="preserve">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AB7C3F">
        <w:rPr>
          <w:rFonts w:ascii="Calibri" w:hAnsi="Calibri" w:cs="Calibri"/>
        </w:rPr>
        <w:t>Nick Strobel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501EBA5" w14:textId="68E039E3" w:rsidR="0080516D" w:rsidRDefault="0080516D" w:rsidP="0080516D">
      <w:pPr>
        <w:pBdr>
          <w:bottom w:val="single" w:sz="6" w:space="1" w:color="auto"/>
        </w:pBdr>
        <w:contextualSpacing/>
        <w:rPr>
          <w:rFonts w:asciiTheme="majorHAnsi" w:hAnsiTheme="majorHAnsi" w:cstheme="majorHAnsi"/>
        </w:rPr>
      </w:pPr>
    </w:p>
    <w:p w14:paraId="7E1DA899" w14:textId="0869E058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AB7C3F">
        <w:rPr>
          <w:rFonts w:ascii="Calibri" w:hAnsi="Calibri" w:cs="Calibri"/>
          <w:b/>
          <w:bCs/>
        </w:rPr>
        <w:t>E</w:t>
      </w:r>
      <w:r w:rsidRPr="00AB7C3F">
        <w:rPr>
          <w:rFonts w:ascii="Calibri" w:hAnsi="Calibri" w:cs="Calibri"/>
          <w:b/>
          <w:bCs/>
        </w:rPr>
        <w:t xml:space="preserve">. </w:t>
      </w:r>
      <w:r w:rsidR="007064C5">
        <w:rPr>
          <w:rFonts w:ascii="Calibri" w:hAnsi="Calibri" w:cs="Calibri"/>
          <w:b/>
          <w:bCs/>
        </w:rPr>
        <w:t>Flex Guidelines</w:t>
      </w:r>
    </w:p>
    <w:p w14:paraId="52D9F209" w14:textId="33F51509" w:rsidR="0080516D" w:rsidRPr="0080516D" w:rsidRDefault="007064C5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Reviewed Faculty Flex Information and Guidelines</w:t>
      </w:r>
    </w:p>
    <w:p w14:paraId="0E27383C" w14:textId="77777777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lastRenderedPageBreak/>
        <w:t>Presenter</w:t>
      </w:r>
      <w:r w:rsidRPr="0080516D">
        <w:rPr>
          <w:rFonts w:ascii="Calibri" w:hAnsi="Calibri" w:cs="Calibri"/>
        </w:rPr>
        <w:t>: Wade Ellis</w:t>
      </w:r>
    </w:p>
    <w:p w14:paraId="11A51E08" w14:textId="77777777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>: To approve as submitted.</w:t>
      </w:r>
    </w:p>
    <w:p w14:paraId="067DD048" w14:textId="05D3D98C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Faith Bradham 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7713FD">
        <w:rPr>
          <w:rFonts w:ascii="Calibri" w:hAnsi="Calibri" w:cs="Calibri"/>
        </w:rPr>
        <w:t>Nick Strobel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2B0A64A" w14:textId="77777777" w:rsidR="0080516D" w:rsidRDefault="0080516D" w:rsidP="0080516D">
      <w:pPr>
        <w:pBdr>
          <w:bottom w:val="single" w:sz="6" w:space="1" w:color="auto"/>
        </w:pBdr>
        <w:contextualSpacing/>
        <w:rPr>
          <w:rFonts w:asciiTheme="majorHAnsi" w:hAnsiTheme="majorHAnsi" w:cstheme="majorHAnsi"/>
        </w:rPr>
      </w:pPr>
    </w:p>
    <w:p w14:paraId="6C8D7992" w14:textId="0765DEAF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AB7C3F">
        <w:rPr>
          <w:rFonts w:ascii="Calibri" w:hAnsi="Calibri" w:cs="Calibri"/>
          <w:b/>
          <w:bCs/>
        </w:rPr>
        <w:t>F</w:t>
      </w:r>
      <w:r w:rsidRPr="00AB7C3F">
        <w:rPr>
          <w:rFonts w:ascii="Calibri" w:hAnsi="Calibri" w:cs="Calibri"/>
          <w:b/>
          <w:bCs/>
        </w:rPr>
        <w:t xml:space="preserve">. </w:t>
      </w:r>
      <w:r w:rsidR="007064C5">
        <w:rPr>
          <w:rFonts w:ascii="Calibri" w:hAnsi="Calibri" w:cs="Calibri"/>
          <w:b/>
          <w:bCs/>
        </w:rPr>
        <w:t>EODAC Diversity Statement &amp; Addendum</w:t>
      </w:r>
    </w:p>
    <w:p w14:paraId="0A7DC683" w14:textId="2685A8AB" w:rsidR="0080516D" w:rsidRPr="0080516D" w:rsidRDefault="007064C5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First read. Committee will vote to approve at next meeting. </w:t>
      </w:r>
    </w:p>
    <w:p w14:paraId="16354C5C" w14:textId="77777777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>: Wade Ellis</w:t>
      </w:r>
    </w:p>
    <w:p w14:paraId="621026E5" w14:textId="77777777" w:rsidR="0080516D" w:rsidRDefault="0080516D" w:rsidP="0080516D">
      <w:pPr>
        <w:pBdr>
          <w:bottom w:val="single" w:sz="6" w:space="1" w:color="auto"/>
        </w:pBdr>
        <w:contextualSpacing/>
        <w:rPr>
          <w:rFonts w:asciiTheme="majorHAnsi" w:hAnsiTheme="majorHAnsi" w:cstheme="majorHAnsi"/>
        </w:rPr>
      </w:pPr>
    </w:p>
    <w:p w14:paraId="52C9994E" w14:textId="7B5EDAA9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AB7C3F">
        <w:rPr>
          <w:rFonts w:ascii="Calibri" w:hAnsi="Calibri" w:cs="Calibri"/>
          <w:b/>
          <w:bCs/>
        </w:rPr>
        <w:t>G</w:t>
      </w:r>
      <w:r w:rsidRPr="00AB7C3F">
        <w:rPr>
          <w:rFonts w:ascii="Calibri" w:hAnsi="Calibri" w:cs="Calibri"/>
          <w:b/>
          <w:bCs/>
        </w:rPr>
        <w:t xml:space="preserve">. </w:t>
      </w:r>
      <w:r w:rsidR="00AB7C3F">
        <w:rPr>
          <w:rFonts w:ascii="Calibri" w:hAnsi="Calibri" w:cs="Calibri"/>
          <w:b/>
          <w:bCs/>
        </w:rPr>
        <w:t>Student Success Data</w:t>
      </w:r>
    </w:p>
    <w:p w14:paraId="1B0B2685" w14:textId="28638DB8" w:rsidR="0080516D" w:rsidRPr="0080516D" w:rsidRDefault="00497342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Discussion regarding how we calculate success, retention, and drop rates.</w:t>
      </w:r>
    </w:p>
    <w:p w14:paraId="15D18659" w14:textId="78CFBAC3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AB7C3F">
        <w:rPr>
          <w:rFonts w:ascii="Calibri" w:hAnsi="Calibri" w:cs="Calibri"/>
        </w:rPr>
        <w:t>Sooyeon Kim</w:t>
      </w:r>
    </w:p>
    <w:p w14:paraId="26B7A638" w14:textId="77777777" w:rsidR="0080516D" w:rsidRDefault="0080516D" w:rsidP="008A1FF7">
      <w:pPr>
        <w:pBdr>
          <w:bottom w:val="single" w:sz="6" w:space="1" w:color="auto"/>
        </w:pBdr>
        <w:contextualSpacing/>
      </w:pPr>
    </w:p>
    <w:p w14:paraId="4B25FC69" w14:textId="77777777" w:rsidR="00F72309" w:rsidRDefault="00F72309" w:rsidP="00F72309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772BAA2B" w:rsidR="004921E8" w:rsidRDefault="00497342" w:rsidP="004921E8">
      <w:pPr>
        <w:pStyle w:val="ListParagraph"/>
        <w:numPr>
          <w:ilvl w:val="0"/>
          <w:numId w:val="12"/>
        </w:numPr>
      </w:pPr>
      <w:r>
        <w:rPr>
          <w:rFonts w:cs="Arial"/>
          <w:bCs/>
        </w:rPr>
        <w:t>BC College Choir Presents: Frosty Festivities</w:t>
      </w:r>
      <w:r w:rsidR="00874A47" w:rsidRPr="00874A47">
        <w:t xml:space="preserve"> </w:t>
      </w:r>
      <w:r w:rsidR="004921E8" w:rsidRPr="00874A47">
        <w:t xml:space="preserve">– </w:t>
      </w:r>
      <w:r>
        <w:t>December</w:t>
      </w:r>
      <w:r w:rsidR="00E84676" w:rsidRPr="00874A47">
        <w:t xml:space="preserve"> </w:t>
      </w:r>
      <w:r>
        <w:t>12</w:t>
      </w:r>
      <w:r w:rsidR="00E84676" w:rsidRPr="00874A47">
        <w:t>,</w:t>
      </w:r>
      <w:r w:rsidR="004921E8" w:rsidRPr="00874A47">
        <w:t xml:space="preserve"> </w:t>
      </w:r>
      <w:r>
        <w:t>Welcome Center</w:t>
      </w:r>
    </w:p>
    <w:p w14:paraId="23A22235" w14:textId="306740B4" w:rsidR="00497342" w:rsidRPr="00874A47" w:rsidRDefault="00497342" w:rsidP="004921E8">
      <w:pPr>
        <w:pStyle w:val="ListParagraph"/>
        <w:numPr>
          <w:ilvl w:val="0"/>
          <w:numId w:val="12"/>
        </w:numPr>
      </w:pPr>
      <w:r>
        <w:rPr>
          <w:rFonts w:cs="Arial"/>
          <w:bCs/>
        </w:rPr>
        <w:t xml:space="preserve">Electric Charging Systems Training </w:t>
      </w:r>
      <w:r>
        <w:t>– December 15, ATI Auto Tech Building</w:t>
      </w:r>
    </w:p>
    <w:p w14:paraId="4FBBC99E" w14:textId="0661AC70" w:rsidR="004921E8" w:rsidRPr="00874A47" w:rsidRDefault="00497342" w:rsidP="004921E8">
      <w:pPr>
        <w:pStyle w:val="ListParagraph"/>
        <w:numPr>
          <w:ilvl w:val="0"/>
          <w:numId w:val="12"/>
        </w:numPr>
      </w:pPr>
      <w:r>
        <w:rPr>
          <w:rFonts w:cs="Arial"/>
          <w:bCs/>
        </w:rPr>
        <w:t>Campus Closed</w:t>
      </w:r>
      <w:r w:rsidR="00874A47" w:rsidRPr="00874A47">
        <w:t xml:space="preserve"> </w:t>
      </w:r>
      <w:r w:rsidR="004921E8" w:rsidRPr="00874A47">
        <w:t xml:space="preserve">– </w:t>
      </w:r>
      <w:r>
        <w:t>Decemb</w:t>
      </w:r>
      <w:r w:rsidR="00E84676" w:rsidRPr="00874A47">
        <w:t>er</w:t>
      </w:r>
      <w:r w:rsidR="004921E8" w:rsidRPr="00874A47">
        <w:t xml:space="preserve"> </w:t>
      </w:r>
      <w:r w:rsidR="00874A47" w:rsidRPr="00874A47">
        <w:t>24</w:t>
      </w:r>
      <w:r>
        <w:t xml:space="preserve">, </w:t>
      </w:r>
      <w:proofErr w:type="gramStart"/>
      <w:r>
        <w:t>2025</w:t>
      </w:r>
      <w:proofErr w:type="gramEnd"/>
      <w:r>
        <w:t xml:space="preserve"> through January 2, 2025</w:t>
      </w:r>
    </w:p>
    <w:p w14:paraId="33F126CD" w14:textId="2A22F164" w:rsidR="004921E8" w:rsidRPr="00874A47" w:rsidRDefault="00497342" w:rsidP="004921E8">
      <w:pPr>
        <w:pStyle w:val="ListParagraph"/>
        <w:numPr>
          <w:ilvl w:val="0"/>
          <w:numId w:val="12"/>
        </w:numPr>
      </w:pPr>
      <w:r>
        <w:t>Money Matters Workshop</w:t>
      </w:r>
      <w:r w:rsidR="00E84676" w:rsidRPr="00874A47">
        <w:t xml:space="preserve"> – </w:t>
      </w:r>
      <w:r>
        <w:t>Arvin Educational Center, Room 110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4732C935" w:rsidR="00737F40" w:rsidRDefault="004921E8" w:rsidP="004921E8">
      <w:pPr>
        <w:contextualSpacing/>
      </w:pPr>
      <w:r>
        <w:t xml:space="preserve">The meeting was adjourned at </w:t>
      </w:r>
      <w:r w:rsidR="007713FD" w:rsidRPr="007713FD">
        <w:rPr>
          <w:b/>
          <w:bCs/>
        </w:rPr>
        <w:t>4:0</w:t>
      </w:r>
      <w:r w:rsidR="00ED01CB" w:rsidRPr="007713FD">
        <w:rPr>
          <w:b/>
          <w:bCs/>
        </w:rPr>
        <w:t>5</w:t>
      </w:r>
      <w:r w:rsidRPr="00E84676">
        <w:rPr>
          <w:b/>
          <w:bCs/>
        </w:rPr>
        <w:t xml:space="preserve"> p.m</w:t>
      </w:r>
      <w:r>
        <w:t>.</w:t>
      </w:r>
    </w:p>
    <w:p w14:paraId="26AC24ED" w14:textId="3AB94920" w:rsidR="004921E8" w:rsidRDefault="004921E8" w:rsidP="004921E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7713FD">
        <w:rPr>
          <w:b/>
          <w:bCs/>
        </w:rPr>
        <w:t>February</w:t>
      </w:r>
      <w:r w:rsidRPr="004921E8">
        <w:rPr>
          <w:b/>
          <w:bCs/>
        </w:rPr>
        <w:t xml:space="preserve"> </w:t>
      </w:r>
      <w:r w:rsidR="007713FD">
        <w:rPr>
          <w:b/>
          <w:bCs/>
        </w:rPr>
        <w:t>5</w:t>
      </w:r>
      <w:r w:rsidRPr="004921E8">
        <w:rPr>
          <w:b/>
          <w:bCs/>
        </w:rPr>
        <w:t>, 202</w:t>
      </w:r>
      <w:r w:rsidR="007713FD">
        <w:rPr>
          <w:b/>
          <w:bCs/>
        </w:rPr>
        <w:t>6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378C2"/>
    <w:rsid w:val="00045ED4"/>
    <w:rsid w:val="0006063C"/>
    <w:rsid w:val="000F226A"/>
    <w:rsid w:val="000F669D"/>
    <w:rsid w:val="00125111"/>
    <w:rsid w:val="0015074B"/>
    <w:rsid w:val="001603BD"/>
    <w:rsid w:val="001B0DCB"/>
    <w:rsid w:val="00231C86"/>
    <w:rsid w:val="0029639D"/>
    <w:rsid w:val="002B23D8"/>
    <w:rsid w:val="002F4385"/>
    <w:rsid w:val="00326F90"/>
    <w:rsid w:val="00336EF9"/>
    <w:rsid w:val="00370579"/>
    <w:rsid w:val="003E1226"/>
    <w:rsid w:val="004921E8"/>
    <w:rsid w:val="00496C59"/>
    <w:rsid w:val="00497342"/>
    <w:rsid w:val="004A375A"/>
    <w:rsid w:val="00527B77"/>
    <w:rsid w:val="00544939"/>
    <w:rsid w:val="0058037A"/>
    <w:rsid w:val="005C6EEE"/>
    <w:rsid w:val="0064188D"/>
    <w:rsid w:val="006A6D6C"/>
    <w:rsid w:val="007064C5"/>
    <w:rsid w:val="00737F40"/>
    <w:rsid w:val="007713FD"/>
    <w:rsid w:val="00771709"/>
    <w:rsid w:val="00772978"/>
    <w:rsid w:val="007C4295"/>
    <w:rsid w:val="007D370B"/>
    <w:rsid w:val="0080273F"/>
    <w:rsid w:val="0080516D"/>
    <w:rsid w:val="00805A2F"/>
    <w:rsid w:val="00871EE2"/>
    <w:rsid w:val="00874A47"/>
    <w:rsid w:val="008A0282"/>
    <w:rsid w:val="008A1FF7"/>
    <w:rsid w:val="008A3C06"/>
    <w:rsid w:val="008B2808"/>
    <w:rsid w:val="008E0270"/>
    <w:rsid w:val="00943E70"/>
    <w:rsid w:val="0095611C"/>
    <w:rsid w:val="009707ED"/>
    <w:rsid w:val="009779E9"/>
    <w:rsid w:val="009C06AE"/>
    <w:rsid w:val="009C53D7"/>
    <w:rsid w:val="00A434A4"/>
    <w:rsid w:val="00A57595"/>
    <w:rsid w:val="00A87B19"/>
    <w:rsid w:val="00AA1D8D"/>
    <w:rsid w:val="00AB7C3F"/>
    <w:rsid w:val="00AF7971"/>
    <w:rsid w:val="00B47730"/>
    <w:rsid w:val="00B73C2E"/>
    <w:rsid w:val="00BA2B63"/>
    <w:rsid w:val="00BA36D6"/>
    <w:rsid w:val="00C20D88"/>
    <w:rsid w:val="00C4649C"/>
    <w:rsid w:val="00CB0664"/>
    <w:rsid w:val="00DB13EF"/>
    <w:rsid w:val="00E4783B"/>
    <w:rsid w:val="00E511A8"/>
    <w:rsid w:val="00E65F99"/>
    <w:rsid w:val="00E84676"/>
    <w:rsid w:val="00EA669B"/>
    <w:rsid w:val="00ED01CB"/>
    <w:rsid w:val="00F03704"/>
    <w:rsid w:val="00F55E78"/>
    <w:rsid w:val="00F70F06"/>
    <w:rsid w:val="00F72309"/>
    <w:rsid w:val="00F815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16D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515</Words>
  <Characters>3270</Characters>
  <Application>Microsoft Office Word</Application>
  <DocSecurity>0</DocSecurity>
  <Lines>96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10</cp:revision>
  <cp:lastPrinted>2025-11-12T23:54:00Z</cp:lastPrinted>
  <dcterms:created xsi:type="dcterms:W3CDTF">2026-01-07T18:43:00Z</dcterms:created>
  <dcterms:modified xsi:type="dcterms:W3CDTF">2026-01-07T19:50:00Z</dcterms:modified>
  <cp:category/>
</cp:coreProperties>
</file>