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20D25B79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 xml:space="preserve">Meeting Minutes – </w:t>
      </w:r>
      <w:r w:rsidR="000378C2">
        <w:rPr>
          <w:b/>
          <w:bCs/>
        </w:rPr>
        <w:t>November</w:t>
      </w:r>
      <w:r w:rsidRPr="0095611C">
        <w:rPr>
          <w:b/>
          <w:bCs/>
        </w:rPr>
        <w:t xml:space="preserve"> </w:t>
      </w:r>
      <w:r w:rsidR="00527B77">
        <w:rPr>
          <w:b/>
          <w:bCs/>
        </w:rPr>
        <w:t>20</w:t>
      </w:r>
      <w:r w:rsidRPr="0095611C">
        <w:rPr>
          <w:b/>
          <w:bCs/>
        </w:rPr>
        <w:t>, 2025</w:t>
      </w:r>
    </w:p>
    <w:p w14:paraId="06C3D53D" w14:textId="02F570D0" w:rsidR="00737F40" w:rsidRPr="00F72309" w:rsidRDefault="004921E8" w:rsidP="004921E8">
      <w:pPr>
        <w:contextualSpacing/>
        <w:rPr>
          <w:b/>
          <w:bCs/>
          <w:sz w:val="20"/>
          <w:szCs w:val="20"/>
        </w:rPr>
      </w:pPr>
      <w:r w:rsidRPr="00F72309">
        <w:rPr>
          <w:b/>
          <w:bCs/>
          <w:sz w:val="20"/>
          <w:szCs w:val="20"/>
        </w:rPr>
        <w:t>1:</w:t>
      </w:r>
      <w:r w:rsidR="000378C2" w:rsidRPr="00F72309">
        <w:rPr>
          <w:b/>
          <w:bCs/>
          <w:sz w:val="20"/>
          <w:szCs w:val="20"/>
        </w:rPr>
        <w:t>3</w:t>
      </w:r>
      <w:r w:rsidRPr="00F72309">
        <w:rPr>
          <w:b/>
          <w:bCs/>
          <w:sz w:val="20"/>
          <w:szCs w:val="20"/>
        </w:rPr>
        <w:t>0 – 2:</w:t>
      </w:r>
      <w:r w:rsidR="000378C2" w:rsidRPr="00F72309">
        <w:rPr>
          <w:b/>
          <w:bCs/>
          <w:sz w:val="20"/>
          <w:szCs w:val="20"/>
        </w:rPr>
        <w:t>3</w:t>
      </w:r>
      <w:r w:rsidRPr="00F72309">
        <w:rPr>
          <w:b/>
          <w:bCs/>
          <w:sz w:val="20"/>
          <w:szCs w:val="20"/>
        </w:rPr>
        <w:t>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7AB45E0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</w:t>
      </w:r>
      <w:r w:rsidR="001B0DCB">
        <w:rPr>
          <w:b/>
          <w:bCs/>
        </w:rPr>
        <w:t>30</w:t>
      </w:r>
      <w:r w:rsidRPr="0095611C">
        <w:rPr>
          <w:b/>
          <w:bCs/>
        </w:rPr>
        <w:t xml:space="preserve"> p.m.</w:t>
      </w:r>
      <w:r>
        <w:t xml:space="preserve"> by </w:t>
      </w:r>
      <w:r w:rsidR="00527B77">
        <w:rPr>
          <w:b/>
          <w:bCs/>
        </w:rPr>
        <w:t>Vice President Cesar Jimenez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26740969" w14:textId="742C39B1" w:rsidR="00527B77" w:rsidRPr="00527B77" w:rsidRDefault="004921E8" w:rsidP="00E511A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Present:</w:t>
      </w:r>
      <w:r w:rsidR="00527B77">
        <w:rPr>
          <w:b/>
          <w:bCs/>
        </w:rPr>
        <w:t xml:space="preserve"> </w:t>
      </w:r>
      <w:r w:rsidR="00527B77">
        <w:t>Cesar Jimenez, Queen King, Ashlea Ward, Jessica Wojtysiak, Leo Ocampo, Ann Tatum, Rebecka Zepeda, Grace Commiso, Heather Baltis, Kimberly Bligh, Nick Strobel. Faith Bradham, Maria Arias</w:t>
      </w:r>
      <w:r w:rsidR="00527B77" w:rsidRPr="00527B77">
        <w:t xml:space="preserve"> </w:t>
      </w:r>
      <w:r w:rsidR="00527B77">
        <w:t>and Khalfani Mackey.</w:t>
      </w:r>
    </w:p>
    <w:p w14:paraId="7331D9C9" w14:textId="3297523A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="00527B77">
        <w:rPr>
          <w:b/>
          <w:bCs/>
        </w:rPr>
        <w:t xml:space="preserve"> </w:t>
      </w:r>
      <w:r w:rsidR="00527B77">
        <w:t>Stacy Pfluger, Andrea Thorson, Sooyeon Kim, Zachary Wharton, Marcia Overturf</w:t>
      </w:r>
      <w:r w:rsidR="00527B77">
        <w:rPr>
          <w:b/>
          <w:bCs/>
        </w:rPr>
        <w:t xml:space="preserve">, </w:t>
      </w:r>
      <w:r>
        <w:t>Vacant (Vice President of Instruction), Vacant (Classified Representative, Finance &amp; Administrative Services)</w:t>
      </w:r>
    </w:p>
    <w:p w14:paraId="066E7376" w14:textId="0CA3DB1F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="005C6EEE">
        <w:t xml:space="preserve"> </w:t>
      </w:r>
      <w:r w:rsidR="0058037A">
        <w:t>Ben Perlado and Marisa Marquez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7EECADA6" w:rsidR="00737F40" w:rsidRDefault="004921E8" w:rsidP="004921E8">
      <w:pPr>
        <w:contextualSpacing/>
      </w:pPr>
      <w:r>
        <w:t xml:space="preserve">The minutes from the </w:t>
      </w:r>
      <w:r w:rsidR="0058037A">
        <w:rPr>
          <w:b/>
          <w:bCs/>
        </w:rPr>
        <w:t>November</w:t>
      </w:r>
      <w:r w:rsidRPr="0095611C">
        <w:rPr>
          <w:b/>
          <w:bCs/>
        </w:rPr>
        <w:t xml:space="preserve"> </w:t>
      </w:r>
      <w:r w:rsidR="0058037A">
        <w:rPr>
          <w:b/>
          <w:bCs/>
        </w:rPr>
        <w:t>6</w:t>
      </w:r>
      <w:r w:rsidRPr="0095611C">
        <w:rPr>
          <w:b/>
          <w:bCs/>
        </w:rPr>
        <w:t xml:space="preserve">, </w:t>
      </w:r>
      <w:proofErr w:type="gramStart"/>
      <w:r w:rsidR="0058037A" w:rsidRPr="0095611C">
        <w:rPr>
          <w:b/>
          <w:bCs/>
        </w:rPr>
        <w:t>2025</w:t>
      </w:r>
      <w:proofErr w:type="gramEnd"/>
      <w:r w:rsidR="0058037A">
        <w:rPr>
          <w:b/>
          <w:bCs/>
        </w:rPr>
        <w:t xml:space="preserve"> </w:t>
      </w:r>
      <w:r>
        <w:t>College Council meeting were reviewed.</w:t>
      </w:r>
    </w:p>
    <w:p w14:paraId="3C0F3128" w14:textId="0CF2F3AD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 xml:space="preserve">: To approve the minutes as </w:t>
      </w:r>
      <w:r w:rsidR="0058037A">
        <w:t>submitted</w:t>
      </w:r>
      <w:r>
        <w:t>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58037A">
        <w:t>Anne Tatum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58037A">
        <w:t>Faith Bradham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028052A" w14:textId="77777777" w:rsidR="008B2808" w:rsidRDefault="008B2808" w:rsidP="008B2808"/>
    <w:p w14:paraId="72AE8D9D" w14:textId="25353191" w:rsidR="008B2808" w:rsidRPr="0095611C" w:rsidRDefault="008B2808" w:rsidP="008B2808">
      <w:pPr>
        <w:pStyle w:val="Heading2"/>
        <w:contextualSpacing/>
        <w:rPr>
          <w:color w:val="C00000"/>
        </w:rPr>
      </w:pPr>
      <w:r>
        <w:rPr>
          <w:color w:val="C00000"/>
        </w:rPr>
        <w:t>I</w:t>
      </w:r>
      <w:r w:rsidRPr="0095611C">
        <w:rPr>
          <w:color w:val="C00000"/>
        </w:rPr>
        <w:t>V. Reports to College Council</w:t>
      </w:r>
    </w:p>
    <w:p w14:paraId="2D7BBF7D" w14:textId="77777777" w:rsidR="008B2808" w:rsidRPr="0095611C" w:rsidRDefault="008B2808" w:rsidP="008B280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A. Committee Charges (Consent Items)</w:t>
      </w:r>
    </w:p>
    <w:p w14:paraId="7F6DF732" w14:textId="77777777" w:rsidR="008B2808" w:rsidRDefault="008B2808" w:rsidP="008B2808">
      <w:pPr>
        <w:contextualSpacing/>
      </w:pPr>
      <w:r>
        <w:t>The following committee charges were presented for review and approval under consent:</w:t>
      </w:r>
    </w:p>
    <w:p w14:paraId="38B142BC" w14:textId="570678A0" w:rsidR="008B2808" w:rsidRPr="007C4295" w:rsidRDefault="007C4295" w:rsidP="008B2808">
      <w:pPr>
        <w:pStyle w:val="ListParagraph"/>
        <w:numPr>
          <w:ilvl w:val="0"/>
          <w:numId w:val="10"/>
        </w:numPr>
      </w:pPr>
      <w:r>
        <w:rPr>
          <w:b/>
          <w:bCs/>
        </w:rPr>
        <w:t>Curriculum Committee</w:t>
      </w:r>
      <w:r w:rsidR="008B2808" w:rsidRPr="0095611C">
        <w:rPr>
          <w:b/>
          <w:bCs/>
        </w:rPr>
        <w:t xml:space="preserve"> Charge</w:t>
      </w:r>
    </w:p>
    <w:p w14:paraId="11FB0F9F" w14:textId="51DBFE4B" w:rsidR="007C4295" w:rsidRPr="0095611C" w:rsidRDefault="007C4295" w:rsidP="008B2808">
      <w:pPr>
        <w:pStyle w:val="ListParagraph"/>
        <w:numPr>
          <w:ilvl w:val="0"/>
          <w:numId w:val="10"/>
        </w:numPr>
      </w:pPr>
      <w:r>
        <w:rPr>
          <w:b/>
          <w:bCs/>
        </w:rPr>
        <w:t>Enrollment Management Committee Charge</w:t>
      </w:r>
    </w:p>
    <w:p w14:paraId="7D0CE682" w14:textId="61FE6CE5" w:rsidR="00F70F06" w:rsidRDefault="008B2808" w:rsidP="008B2808">
      <w:pPr>
        <w:contextualSpacing/>
      </w:pPr>
      <w:r w:rsidRPr="0095611C">
        <w:rPr>
          <w:b/>
          <w:bCs/>
        </w:rPr>
        <w:t>Presenter</w:t>
      </w:r>
      <w:r>
        <w:t xml:space="preserve">: </w:t>
      </w:r>
      <w:r w:rsidR="007C4295">
        <w:t>Rebecka Zepeda</w:t>
      </w:r>
    </w:p>
    <w:p w14:paraId="2BD8B203" w14:textId="7F50ECF2" w:rsidR="008B2808" w:rsidRDefault="008B2808" w:rsidP="008B2808">
      <w:pPr>
        <w:contextualSpacing/>
      </w:pPr>
      <w:r w:rsidRPr="0095611C">
        <w:rPr>
          <w:b/>
          <w:bCs/>
        </w:rPr>
        <w:t>Motion</w:t>
      </w:r>
      <w:r>
        <w:t>: To approve the committee charges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8A1FF7">
        <w:t>Anne Tatum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8A1FF7">
        <w:t>Rebecka Zepeda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3331F3C8" w14:textId="77777777" w:rsidR="008B2808" w:rsidRPr="0095611C" w:rsidRDefault="008B2808" w:rsidP="008B2808">
      <w:pPr>
        <w:pStyle w:val="Heading3"/>
        <w:contextualSpacing/>
        <w:rPr>
          <w:color w:val="auto"/>
        </w:rPr>
      </w:pPr>
      <w:r w:rsidRPr="0095611C">
        <w:rPr>
          <w:color w:val="auto"/>
        </w:rPr>
        <w:lastRenderedPageBreak/>
        <w:t>B. Committee Reports (Information Items)</w:t>
      </w:r>
    </w:p>
    <w:p w14:paraId="1E621F91" w14:textId="77777777" w:rsidR="008B2808" w:rsidRDefault="008B2808" w:rsidP="008B2808">
      <w:pPr>
        <w:contextualSpacing/>
      </w:pPr>
      <w:r>
        <w:t>Informational reports were shared from the following committees:</w:t>
      </w:r>
    </w:p>
    <w:p w14:paraId="3561C456" w14:textId="0421E9EF" w:rsidR="008B2808" w:rsidRPr="004921E8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Bookstore Advisory</w:t>
      </w:r>
      <w:r w:rsidR="008B2808" w:rsidRPr="004921E8">
        <w:rPr>
          <w:b/>
          <w:bCs/>
        </w:rPr>
        <w:t xml:space="preserve"> Committee</w:t>
      </w:r>
      <w:r w:rsidR="00F70F06">
        <w:rPr>
          <w:b/>
          <w:bCs/>
        </w:rPr>
        <w:t xml:space="preserve"> </w:t>
      </w:r>
    </w:p>
    <w:p w14:paraId="02B5D5BD" w14:textId="265002F7" w:rsidR="008B2808" w:rsidRPr="004921E8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Curriculum </w:t>
      </w:r>
      <w:r w:rsidR="00F70F06">
        <w:rPr>
          <w:b/>
          <w:bCs/>
        </w:rPr>
        <w:t>C</w:t>
      </w:r>
      <w:r w:rsidR="008B2808" w:rsidRPr="004921E8">
        <w:rPr>
          <w:b/>
          <w:bCs/>
        </w:rPr>
        <w:t>ommittee</w:t>
      </w:r>
    </w:p>
    <w:p w14:paraId="14D55382" w14:textId="3405F210" w:rsidR="008B2808" w:rsidRPr="004921E8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Enrollment Management</w:t>
      </w:r>
      <w:r w:rsidR="008B2808" w:rsidRPr="004921E8">
        <w:rPr>
          <w:b/>
          <w:bCs/>
        </w:rPr>
        <w:t xml:space="preserve"> Committee</w:t>
      </w:r>
    </w:p>
    <w:p w14:paraId="04941602" w14:textId="6E3535DD" w:rsidR="008B2808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Equivalency</w:t>
      </w:r>
      <w:r w:rsidR="008B2808" w:rsidRPr="004921E8">
        <w:rPr>
          <w:b/>
          <w:bCs/>
        </w:rPr>
        <w:t xml:space="preserve"> Committee</w:t>
      </w:r>
    </w:p>
    <w:p w14:paraId="2B7BCFEB" w14:textId="24CDC2CB" w:rsidR="009C53D7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Guided Pathways Strategies Team</w:t>
      </w:r>
    </w:p>
    <w:p w14:paraId="144A7836" w14:textId="3EDF3B45" w:rsidR="009C53D7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Online Education Resource Liaison </w:t>
      </w:r>
    </w:p>
    <w:p w14:paraId="169001F0" w14:textId="28DA9E8C" w:rsidR="009C53D7" w:rsidRPr="004921E8" w:rsidRDefault="009C53D7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Program Review Committee</w:t>
      </w:r>
    </w:p>
    <w:p w14:paraId="401CFA75" w14:textId="0725DAD9" w:rsidR="008B2808" w:rsidRDefault="008B2808" w:rsidP="008B280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Presenter</w:t>
      </w:r>
      <w:r>
        <w:t xml:space="preserve">: </w:t>
      </w:r>
      <w:r w:rsidR="009C53D7">
        <w:t>Rebecka Zepeda</w:t>
      </w:r>
      <w:r>
        <w:br/>
        <w:t>Reports were received and filed for information only.</w:t>
      </w:r>
    </w:p>
    <w:p w14:paraId="3828494B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8F8E2C3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61304DF" w14:textId="77777777" w:rsidR="008B2808" w:rsidRDefault="008B2808" w:rsidP="004921E8">
      <w:pPr>
        <w:pStyle w:val="Heading2"/>
        <w:contextualSpacing/>
        <w:rPr>
          <w:color w:val="C00000"/>
        </w:rPr>
      </w:pPr>
    </w:p>
    <w:p w14:paraId="2467EDA5" w14:textId="3168A1C6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10EF88B9" w14:textId="126BD4EE" w:rsidR="00F72309" w:rsidRPr="0095611C" w:rsidRDefault="00F72309" w:rsidP="00F72309">
      <w:pPr>
        <w:pStyle w:val="Heading3"/>
        <w:contextualSpacing/>
        <w:rPr>
          <w:color w:val="auto"/>
        </w:rPr>
      </w:pPr>
      <w:r>
        <w:rPr>
          <w:color w:val="auto"/>
        </w:rPr>
        <w:t>C</w:t>
      </w:r>
      <w:r w:rsidRPr="0095611C">
        <w:rPr>
          <w:color w:val="auto"/>
        </w:rPr>
        <w:t xml:space="preserve">. </w:t>
      </w:r>
      <w:r w:rsidR="009C53D7">
        <w:rPr>
          <w:color w:val="auto"/>
        </w:rPr>
        <w:t>Student Equity Plan</w:t>
      </w:r>
    </w:p>
    <w:p w14:paraId="505CDFB2" w14:textId="36C21348" w:rsidR="00F72309" w:rsidRDefault="008A1FF7" w:rsidP="00F72309">
      <w:pPr>
        <w:contextualSpacing/>
      </w:pPr>
      <w:r>
        <w:t xml:space="preserve">The Student Equity Plan was approved by the Academic Senate, is being brought to College Council for transparency and </w:t>
      </w:r>
      <w:r w:rsidR="001603BD">
        <w:t>feedback and</w:t>
      </w:r>
      <w:r>
        <w:t xml:space="preserve"> will be submitted to the Board of Trustees for</w:t>
      </w:r>
      <w:r w:rsidR="00F81567">
        <w:t xml:space="preserve"> final</w:t>
      </w:r>
      <w:r>
        <w:t xml:space="preserve"> approval. </w:t>
      </w:r>
    </w:p>
    <w:p w14:paraId="63BC8B34" w14:textId="6670F0EA" w:rsidR="00F72309" w:rsidRDefault="00F72309" w:rsidP="00F72309">
      <w:pPr>
        <w:contextualSpacing/>
      </w:pPr>
      <w:r w:rsidRPr="0095611C">
        <w:rPr>
          <w:b/>
          <w:bCs/>
        </w:rPr>
        <w:t>Presenter</w:t>
      </w:r>
      <w:r>
        <w:t xml:space="preserve">: </w:t>
      </w:r>
      <w:r w:rsidR="008A1FF7">
        <w:t>Dr. Cesar Jimenez, Ben Perlado, Ashlea Ward, and Marisa Marquez</w:t>
      </w:r>
    </w:p>
    <w:p w14:paraId="23222D21" w14:textId="31A86E10" w:rsidR="008A1FF7" w:rsidRDefault="008A1FF7" w:rsidP="008A1FF7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as submitted.</w:t>
      </w:r>
      <w:r>
        <w:br/>
      </w:r>
      <w:r w:rsidRPr="0095611C">
        <w:rPr>
          <w:b/>
          <w:bCs/>
        </w:rPr>
        <w:t>First</w:t>
      </w:r>
      <w:r>
        <w:t xml:space="preserve">: Faith Bradham | </w:t>
      </w:r>
      <w:r w:rsidRPr="0095611C">
        <w:rPr>
          <w:b/>
          <w:bCs/>
        </w:rPr>
        <w:t>Second</w:t>
      </w:r>
      <w:r>
        <w:t xml:space="preserve">: Anne Tatum | </w:t>
      </w:r>
      <w:r w:rsidRPr="0095611C">
        <w:rPr>
          <w:b/>
          <w:bCs/>
        </w:rPr>
        <w:t>Motion Carried</w:t>
      </w:r>
      <w:r>
        <w:t>.</w:t>
      </w:r>
    </w:p>
    <w:p w14:paraId="4B25FC69" w14:textId="77777777" w:rsidR="00F72309" w:rsidRDefault="00F72309" w:rsidP="00F72309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5E59D867" w:rsidR="004921E8" w:rsidRPr="00874A47" w:rsidRDefault="00874A47" w:rsidP="004921E8">
      <w:pPr>
        <w:pStyle w:val="ListParagraph"/>
        <w:numPr>
          <w:ilvl w:val="0"/>
          <w:numId w:val="12"/>
        </w:numPr>
      </w:pPr>
      <w:r w:rsidRPr="00874A47">
        <w:rPr>
          <w:rFonts w:cs="Arial"/>
          <w:bCs/>
        </w:rPr>
        <w:t>Performing Arts Presents: night, Mother</w:t>
      </w:r>
      <w:r w:rsidRPr="00874A47">
        <w:t xml:space="preserve"> </w:t>
      </w:r>
      <w:r w:rsidR="004921E8" w:rsidRPr="00874A47">
        <w:t xml:space="preserve">– </w:t>
      </w:r>
      <w:r w:rsidR="00E84676" w:rsidRPr="00874A47">
        <w:t xml:space="preserve">November </w:t>
      </w:r>
      <w:r w:rsidRPr="00874A47">
        <w:t>21</w:t>
      </w:r>
      <w:r w:rsidR="00E84676" w:rsidRPr="00874A47">
        <w:t>,</w:t>
      </w:r>
      <w:r w:rsidR="004921E8" w:rsidRPr="00874A47">
        <w:t xml:space="preserve"> </w:t>
      </w:r>
      <w:r w:rsidR="00496C59" w:rsidRPr="00874A47">
        <w:t>Indoor Theater</w:t>
      </w:r>
    </w:p>
    <w:p w14:paraId="4FBBC99E" w14:textId="2EC8BB9D" w:rsidR="004921E8" w:rsidRPr="00874A47" w:rsidRDefault="00874A47" w:rsidP="004921E8">
      <w:pPr>
        <w:pStyle w:val="ListParagraph"/>
        <w:numPr>
          <w:ilvl w:val="0"/>
          <w:numId w:val="12"/>
        </w:numPr>
      </w:pPr>
      <w:r w:rsidRPr="00874A47">
        <w:rPr>
          <w:rFonts w:cs="Arial"/>
          <w:bCs/>
        </w:rPr>
        <w:t xml:space="preserve">Friendsgiving at </w:t>
      </w:r>
      <w:proofErr w:type="gramStart"/>
      <w:r w:rsidRPr="00874A47">
        <w:rPr>
          <w:rFonts w:cs="Arial"/>
          <w:bCs/>
        </w:rPr>
        <w:t>BC!,</w:t>
      </w:r>
      <w:proofErr w:type="gramEnd"/>
      <w:r w:rsidRPr="00874A47">
        <w:rPr>
          <w:rFonts w:cs="Arial"/>
          <w:bCs/>
        </w:rPr>
        <w:t xml:space="preserve"> Renegade Event Center</w:t>
      </w:r>
      <w:r w:rsidRPr="00874A47">
        <w:t xml:space="preserve"> </w:t>
      </w:r>
      <w:r w:rsidR="004921E8" w:rsidRPr="00874A47">
        <w:t xml:space="preserve">– </w:t>
      </w:r>
      <w:r w:rsidR="00E84676" w:rsidRPr="00874A47">
        <w:t>November</w:t>
      </w:r>
      <w:r w:rsidR="004921E8" w:rsidRPr="00874A47">
        <w:t xml:space="preserve"> </w:t>
      </w:r>
      <w:r w:rsidRPr="00874A47">
        <w:t>24</w:t>
      </w:r>
    </w:p>
    <w:p w14:paraId="33F126CD" w14:textId="43867952" w:rsidR="004921E8" w:rsidRPr="00874A47" w:rsidRDefault="00874A47" w:rsidP="004921E8">
      <w:pPr>
        <w:pStyle w:val="ListParagraph"/>
        <w:numPr>
          <w:ilvl w:val="0"/>
          <w:numId w:val="12"/>
        </w:numPr>
      </w:pPr>
      <w:r w:rsidRPr="00874A47">
        <w:t>Campus Closed, Thanksgiving Holiday</w:t>
      </w:r>
      <w:r w:rsidR="00E84676" w:rsidRPr="00874A47">
        <w:t xml:space="preserve"> – November 2</w:t>
      </w:r>
      <w:r w:rsidRPr="00874A47">
        <w:t>7-28</w:t>
      </w:r>
    </w:p>
    <w:p w14:paraId="65707D7C" w14:textId="73BC9941" w:rsidR="004921E8" w:rsidRPr="00874A47" w:rsidRDefault="00874A47" w:rsidP="004921E8">
      <w:pPr>
        <w:pStyle w:val="ListParagraph"/>
        <w:numPr>
          <w:ilvl w:val="0"/>
          <w:numId w:val="12"/>
        </w:numPr>
      </w:pPr>
      <w:r w:rsidRPr="00874A47">
        <w:rPr>
          <w:rFonts w:cs="Arial"/>
          <w:bCs/>
        </w:rPr>
        <w:t>Season of Light Planetarium Show</w:t>
      </w:r>
      <w:r w:rsidRPr="00874A47">
        <w:t xml:space="preserve"> </w:t>
      </w:r>
      <w:r w:rsidR="004921E8" w:rsidRPr="00874A47">
        <w:t>–</w:t>
      </w:r>
      <w:r w:rsidRPr="00874A47">
        <w:t xml:space="preserve"> December 4</w:t>
      </w:r>
      <w:r w:rsidR="004921E8" w:rsidRPr="00874A47">
        <w:t xml:space="preserve">, </w:t>
      </w:r>
      <w:r w:rsidRPr="00874A47">
        <w:t>Planetarium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lastRenderedPageBreak/>
        <w:t>Adjournment</w:t>
      </w:r>
    </w:p>
    <w:p w14:paraId="22DEB580" w14:textId="18E48C49" w:rsidR="00737F40" w:rsidRDefault="004921E8" w:rsidP="004921E8">
      <w:pPr>
        <w:contextualSpacing/>
      </w:pPr>
      <w:r>
        <w:t xml:space="preserve">The meeting was adjourned at </w:t>
      </w:r>
      <w:r w:rsidR="00F72309">
        <w:rPr>
          <w:b/>
          <w:bCs/>
        </w:rPr>
        <w:t>2</w:t>
      </w:r>
      <w:r w:rsidRPr="00E84676">
        <w:rPr>
          <w:b/>
          <w:bCs/>
        </w:rPr>
        <w:t>:</w:t>
      </w:r>
      <w:r w:rsidR="00ED01CB">
        <w:rPr>
          <w:b/>
          <w:bCs/>
        </w:rPr>
        <w:t>25</w:t>
      </w:r>
      <w:r w:rsidRPr="00E84676">
        <w:rPr>
          <w:b/>
          <w:bCs/>
        </w:rPr>
        <w:t xml:space="preserve"> p.m</w:t>
      </w:r>
      <w:r>
        <w:t>.</w:t>
      </w:r>
    </w:p>
    <w:p w14:paraId="26AC24ED" w14:textId="5CC73FD7" w:rsidR="004921E8" w:rsidRDefault="004921E8" w:rsidP="004921E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ED01CB">
        <w:rPr>
          <w:b/>
          <w:bCs/>
        </w:rPr>
        <w:t>December</w:t>
      </w:r>
      <w:r w:rsidRPr="004921E8">
        <w:rPr>
          <w:b/>
          <w:bCs/>
        </w:rPr>
        <w:t xml:space="preserve"> </w:t>
      </w:r>
      <w:r w:rsidR="00871EE2">
        <w:rPr>
          <w:b/>
          <w:bCs/>
        </w:rPr>
        <w:t>11</w:t>
      </w:r>
      <w:r w:rsidRPr="004921E8">
        <w:rPr>
          <w:b/>
          <w:bCs/>
        </w:rPr>
        <w:t>, 2025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378C2"/>
    <w:rsid w:val="0006063C"/>
    <w:rsid w:val="00125111"/>
    <w:rsid w:val="0015074B"/>
    <w:rsid w:val="001603BD"/>
    <w:rsid w:val="001B0DCB"/>
    <w:rsid w:val="00231C86"/>
    <w:rsid w:val="0029639D"/>
    <w:rsid w:val="002B23D8"/>
    <w:rsid w:val="002F4385"/>
    <w:rsid w:val="00326F90"/>
    <w:rsid w:val="00336EF9"/>
    <w:rsid w:val="00370579"/>
    <w:rsid w:val="003E1226"/>
    <w:rsid w:val="004921E8"/>
    <w:rsid w:val="00496C59"/>
    <w:rsid w:val="004A375A"/>
    <w:rsid w:val="00527B77"/>
    <w:rsid w:val="00544939"/>
    <w:rsid w:val="0058037A"/>
    <w:rsid w:val="005C6EEE"/>
    <w:rsid w:val="0064188D"/>
    <w:rsid w:val="006A6D6C"/>
    <w:rsid w:val="00737F40"/>
    <w:rsid w:val="00771709"/>
    <w:rsid w:val="00772978"/>
    <w:rsid w:val="007C4295"/>
    <w:rsid w:val="007D370B"/>
    <w:rsid w:val="0080273F"/>
    <w:rsid w:val="00871EE2"/>
    <w:rsid w:val="00874A47"/>
    <w:rsid w:val="008A1FF7"/>
    <w:rsid w:val="008A3C06"/>
    <w:rsid w:val="008B2808"/>
    <w:rsid w:val="008E0270"/>
    <w:rsid w:val="00943E70"/>
    <w:rsid w:val="0095611C"/>
    <w:rsid w:val="009C06AE"/>
    <w:rsid w:val="009C53D7"/>
    <w:rsid w:val="00A434A4"/>
    <w:rsid w:val="00A57595"/>
    <w:rsid w:val="00A87B19"/>
    <w:rsid w:val="00AA1D8D"/>
    <w:rsid w:val="00AF7971"/>
    <w:rsid w:val="00B47730"/>
    <w:rsid w:val="00B73C2E"/>
    <w:rsid w:val="00BA2B63"/>
    <w:rsid w:val="00BA36D6"/>
    <w:rsid w:val="00C20D88"/>
    <w:rsid w:val="00C4649C"/>
    <w:rsid w:val="00CB0664"/>
    <w:rsid w:val="00DB13EF"/>
    <w:rsid w:val="00E4783B"/>
    <w:rsid w:val="00E511A8"/>
    <w:rsid w:val="00E84676"/>
    <w:rsid w:val="00EA669B"/>
    <w:rsid w:val="00ED01CB"/>
    <w:rsid w:val="00F03704"/>
    <w:rsid w:val="00F55E78"/>
    <w:rsid w:val="00F70F06"/>
    <w:rsid w:val="00F72309"/>
    <w:rsid w:val="00F815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FF7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20</cp:revision>
  <cp:lastPrinted>2025-11-12T23:54:00Z</cp:lastPrinted>
  <dcterms:created xsi:type="dcterms:W3CDTF">2025-11-12T23:17:00Z</dcterms:created>
  <dcterms:modified xsi:type="dcterms:W3CDTF">2025-12-04T22:27:00Z</dcterms:modified>
  <cp:category/>
</cp:coreProperties>
</file>