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94A5" w14:textId="47D96ECD" w:rsidR="00737F40" w:rsidRPr="0095611C" w:rsidRDefault="004921E8" w:rsidP="004921E8">
      <w:pPr>
        <w:pStyle w:val="Heading1"/>
        <w:contextualSpacing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2D53711" wp14:editId="77BE77BD">
            <wp:simplePos x="0" y="0"/>
            <wp:positionH relativeFrom="column">
              <wp:posOffset>3667125</wp:posOffset>
            </wp:positionH>
            <wp:positionV relativeFrom="paragraph">
              <wp:posOffset>-361950</wp:posOffset>
            </wp:positionV>
            <wp:extent cx="2333625" cy="617168"/>
            <wp:effectExtent l="0" t="0" r="0" b="0"/>
            <wp:wrapNone/>
            <wp:docPr id="1877755548" name="Picture 2" descr="Bakersfiel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5548" name="Picture 2" descr="Bakersfield College Logo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1C">
        <w:rPr>
          <w:color w:val="C00000"/>
          <w:sz w:val="36"/>
          <w:szCs w:val="36"/>
        </w:rPr>
        <w:t>Bakersfield College Council</w:t>
      </w:r>
    </w:p>
    <w:p w14:paraId="5EA54E90" w14:textId="0D8920BB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 xml:space="preserve">Meeting Minutes – </w:t>
      </w:r>
      <w:r w:rsidR="000378C2">
        <w:rPr>
          <w:b/>
          <w:bCs/>
        </w:rPr>
        <w:t>November</w:t>
      </w:r>
      <w:r w:rsidRPr="0095611C">
        <w:rPr>
          <w:b/>
          <w:bCs/>
        </w:rPr>
        <w:t xml:space="preserve"> </w:t>
      </w:r>
      <w:r w:rsidR="000378C2">
        <w:rPr>
          <w:b/>
          <w:bCs/>
        </w:rPr>
        <w:t>6</w:t>
      </w:r>
      <w:r w:rsidRPr="0095611C">
        <w:rPr>
          <w:b/>
          <w:bCs/>
        </w:rPr>
        <w:t>, 2025</w:t>
      </w:r>
    </w:p>
    <w:p w14:paraId="06C3D53D" w14:textId="02F570D0" w:rsidR="00737F40" w:rsidRPr="00F72309" w:rsidRDefault="004921E8" w:rsidP="004921E8">
      <w:pPr>
        <w:contextualSpacing/>
        <w:rPr>
          <w:b/>
          <w:bCs/>
          <w:sz w:val="20"/>
          <w:szCs w:val="20"/>
        </w:rPr>
      </w:pPr>
      <w:r w:rsidRPr="00F72309">
        <w:rPr>
          <w:b/>
          <w:bCs/>
          <w:sz w:val="20"/>
          <w:szCs w:val="20"/>
        </w:rPr>
        <w:t>1:</w:t>
      </w:r>
      <w:r w:rsidR="000378C2" w:rsidRPr="00F72309">
        <w:rPr>
          <w:b/>
          <w:bCs/>
          <w:sz w:val="20"/>
          <w:szCs w:val="20"/>
        </w:rPr>
        <w:t>3</w:t>
      </w:r>
      <w:r w:rsidRPr="00F72309">
        <w:rPr>
          <w:b/>
          <w:bCs/>
          <w:sz w:val="20"/>
          <w:szCs w:val="20"/>
        </w:rPr>
        <w:t>0 – 2:</w:t>
      </w:r>
      <w:r w:rsidR="000378C2" w:rsidRPr="00F72309">
        <w:rPr>
          <w:b/>
          <w:bCs/>
          <w:sz w:val="20"/>
          <w:szCs w:val="20"/>
        </w:rPr>
        <w:t>3</w:t>
      </w:r>
      <w:r w:rsidRPr="00F72309">
        <w:rPr>
          <w:b/>
          <w:bCs/>
          <w:sz w:val="20"/>
          <w:szCs w:val="20"/>
        </w:rPr>
        <w:t>0 p.m. | Campus Center Boardroom</w:t>
      </w:r>
    </w:p>
    <w:p w14:paraId="0029A992" w14:textId="72F99F93" w:rsidR="00737F40" w:rsidRDefault="004921E8" w:rsidP="004921E8">
      <w:pPr>
        <w:contextualSpacing/>
      </w:pPr>
      <w:r>
        <w:t xml:space="preserve">Supporting documents available at: </w:t>
      </w:r>
      <w:hyperlink r:id="rId7" w:history="1">
        <w:r w:rsidRPr="00CE6FE5">
          <w:rPr>
            <w:rStyle w:val="Hyperlink"/>
          </w:rPr>
          <w:t>https://committees.bakersfieldcollege.edu/college-council</w:t>
        </w:r>
      </w:hyperlink>
    </w:p>
    <w:p w14:paraId="39545860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73683B4" w14:textId="77777777" w:rsidR="004921E8" w:rsidRDefault="004921E8" w:rsidP="004921E8">
      <w:pPr>
        <w:contextualSpacing/>
      </w:pPr>
    </w:p>
    <w:p w14:paraId="595AF697" w14:textId="4CB6CFCA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I. Call to Order</w:t>
      </w:r>
      <w:r w:rsidR="00E511A8">
        <w:rPr>
          <w:color w:val="C00000"/>
        </w:rPr>
        <w:t xml:space="preserve"> and Members Present</w:t>
      </w:r>
    </w:p>
    <w:p w14:paraId="5FC57959" w14:textId="3D021ABD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>
        <w:t xml:space="preserve">The College Council meeting was called to order at </w:t>
      </w:r>
      <w:r w:rsidRPr="0095611C">
        <w:rPr>
          <w:b/>
          <w:bCs/>
        </w:rPr>
        <w:t>1:</w:t>
      </w:r>
      <w:r w:rsidR="001B0DCB">
        <w:rPr>
          <w:b/>
          <w:bCs/>
        </w:rPr>
        <w:t>30</w:t>
      </w:r>
      <w:r w:rsidRPr="0095611C">
        <w:rPr>
          <w:b/>
          <w:bCs/>
        </w:rPr>
        <w:t xml:space="preserve"> p.m.</w:t>
      </w:r>
      <w:r>
        <w:t xml:space="preserve"> by </w:t>
      </w:r>
      <w:r w:rsidRPr="0095611C">
        <w:rPr>
          <w:b/>
          <w:bCs/>
        </w:rPr>
        <w:t>President Stacy Pfluger</w:t>
      </w:r>
    </w:p>
    <w:p w14:paraId="199C4038" w14:textId="77777777" w:rsidR="00E511A8" w:rsidRDefault="00E511A8" w:rsidP="00E511A8">
      <w:pPr>
        <w:pBdr>
          <w:bottom w:val="single" w:sz="6" w:space="1" w:color="auto"/>
        </w:pBdr>
        <w:contextualSpacing/>
        <w:rPr>
          <w:b/>
          <w:bCs/>
        </w:rPr>
      </w:pPr>
    </w:p>
    <w:p w14:paraId="4E6F22E6" w14:textId="091FD4F3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Present:</w:t>
      </w:r>
      <w:r w:rsidRPr="0095611C">
        <w:rPr>
          <w:b/>
          <w:bCs/>
        </w:rPr>
        <w:br/>
      </w:r>
      <w:r>
        <w:t xml:space="preserve">Stacy Pfluger, </w:t>
      </w:r>
      <w:r w:rsidR="005C6EEE">
        <w:t>Cesar Jimenez</w:t>
      </w:r>
      <w:r>
        <w:t xml:space="preserve">, </w:t>
      </w:r>
      <w:r w:rsidR="001B0DCB">
        <w:t xml:space="preserve">Andrea Thorson, </w:t>
      </w:r>
      <w:r>
        <w:t xml:space="preserve">Ashlea Ward, </w:t>
      </w:r>
      <w:r w:rsidR="005C6EEE">
        <w:t xml:space="preserve">Jessica Wojtysiak, </w:t>
      </w:r>
      <w:r w:rsidR="001B0DCB">
        <w:t xml:space="preserve">Leo Ocampo, </w:t>
      </w:r>
      <w:r>
        <w:t xml:space="preserve">Sooyeon Kim, </w:t>
      </w:r>
      <w:r w:rsidR="00231C86">
        <w:t xml:space="preserve">Ann Tatum, </w:t>
      </w:r>
      <w:r>
        <w:t xml:space="preserve">Grace Commiso, </w:t>
      </w:r>
      <w:r w:rsidR="001B0DCB">
        <w:t xml:space="preserve">Heather Baltis, </w:t>
      </w:r>
      <w:r>
        <w:t xml:space="preserve">Kimberly Bligh, </w:t>
      </w:r>
      <w:r w:rsidR="00231C86">
        <w:t xml:space="preserve">Nick Strobel, </w:t>
      </w:r>
      <w:r w:rsidR="001B0DCB">
        <w:t xml:space="preserve">Zachary Wharton, </w:t>
      </w:r>
      <w:r w:rsidR="005C6EEE">
        <w:t>Marcia Overturf</w:t>
      </w:r>
      <w:r w:rsidR="00231C86">
        <w:t xml:space="preserve">, </w:t>
      </w:r>
      <w:r w:rsidR="001B0DCB">
        <w:t xml:space="preserve">Maria Arias, </w:t>
      </w:r>
      <w:r w:rsidR="00231C86">
        <w:t xml:space="preserve">and </w:t>
      </w:r>
      <w:r w:rsidR="005C6EEE">
        <w:t>Khalfani Mackey</w:t>
      </w:r>
      <w:r>
        <w:t>.</w:t>
      </w:r>
    </w:p>
    <w:p w14:paraId="7331D9C9" w14:textId="39932C54" w:rsidR="00737F40" w:rsidRP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Regrets:</w:t>
      </w:r>
      <w:r w:rsidRPr="0095611C">
        <w:rPr>
          <w:b/>
          <w:bCs/>
        </w:rPr>
        <w:br/>
      </w:r>
      <w:r w:rsidR="001B0DCB">
        <w:t>Queen King, Rebecka Zepeda</w:t>
      </w:r>
      <w:r w:rsidR="00231C86">
        <w:t xml:space="preserve">, </w:t>
      </w:r>
      <w:r w:rsidR="001B0DCB">
        <w:t>Faith Bradham</w:t>
      </w:r>
      <w:r w:rsidR="005C6EEE">
        <w:t xml:space="preserve">, </w:t>
      </w:r>
      <w:r>
        <w:t>Vacant (Vice President of Instruction), Vacant (Classified Representative, Finance &amp; Administrative Services)</w:t>
      </w:r>
    </w:p>
    <w:p w14:paraId="066E7376" w14:textId="6BDD7B82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Others Present:</w:t>
      </w:r>
      <w:r w:rsidR="005C6EEE">
        <w:t xml:space="preserve"> </w:t>
      </w:r>
      <w:r w:rsidR="001B0DCB">
        <w:t>Sara Manuel (proxy for Rebecka Zepeda), Mindy Wilmot (proxy for Faith Bradham)</w:t>
      </w:r>
    </w:p>
    <w:p w14:paraId="6BF66F81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78F49274" w14:textId="77777777" w:rsidR="004921E8" w:rsidRPr="004921E8" w:rsidRDefault="004921E8" w:rsidP="004921E8">
      <w:pPr>
        <w:contextualSpacing/>
      </w:pPr>
    </w:p>
    <w:p w14:paraId="56501A22" w14:textId="189AC253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II. Approval of Minutes</w:t>
      </w:r>
    </w:p>
    <w:p w14:paraId="5A0760E4" w14:textId="018353FA" w:rsidR="00737F40" w:rsidRDefault="004921E8" w:rsidP="004921E8">
      <w:pPr>
        <w:contextualSpacing/>
      </w:pPr>
      <w:r>
        <w:t xml:space="preserve">The minutes from the </w:t>
      </w:r>
      <w:r w:rsidRPr="0095611C">
        <w:rPr>
          <w:b/>
          <w:bCs/>
        </w:rPr>
        <w:t xml:space="preserve">October </w:t>
      </w:r>
      <w:r w:rsidR="004A375A">
        <w:rPr>
          <w:b/>
          <w:bCs/>
        </w:rPr>
        <w:t>30</w:t>
      </w:r>
      <w:r w:rsidRPr="0095611C">
        <w:rPr>
          <w:b/>
          <w:bCs/>
        </w:rPr>
        <w:t>, 2025</w:t>
      </w:r>
      <w:r>
        <w:t xml:space="preserve"> College Council meeting were reviewed.</w:t>
      </w:r>
    </w:p>
    <w:p w14:paraId="3C0F3128" w14:textId="0C60416C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Motion</w:t>
      </w:r>
      <w:r>
        <w:t xml:space="preserve">: To approve the minutes as </w:t>
      </w:r>
      <w:r w:rsidR="004A375A">
        <w:t>corrected</w:t>
      </w:r>
      <w:r>
        <w:t>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4A375A">
        <w:t>Kimberly Bligh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4A375A">
        <w:t>Nick Strobel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44054B4B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409CD1C8" w14:textId="77777777" w:rsidR="004921E8" w:rsidRPr="004921E8" w:rsidRDefault="004921E8" w:rsidP="004921E8">
      <w:pPr>
        <w:contextualSpacing/>
      </w:pPr>
    </w:p>
    <w:p w14:paraId="2242C604" w14:textId="77777777" w:rsidR="008B2808" w:rsidRPr="0095611C" w:rsidRDefault="008B2808" w:rsidP="008B280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</w:t>
      </w:r>
      <w:r>
        <w:rPr>
          <w:color w:val="C00000"/>
        </w:rPr>
        <w:t>II</w:t>
      </w:r>
      <w:r w:rsidRPr="0095611C">
        <w:rPr>
          <w:color w:val="C00000"/>
        </w:rPr>
        <w:t>. President’s Update</w:t>
      </w:r>
    </w:p>
    <w:p w14:paraId="76B35886" w14:textId="77777777" w:rsidR="008B2808" w:rsidRDefault="008B2808" w:rsidP="008B2808">
      <w:pPr>
        <w:contextualSpacing/>
      </w:pPr>
      <w:r>
        <w:t>President Pfluger provided general college updates, including current initiatives, recent campus activities, and engagement efforts. Highlights included:</w:t>
      </w:r>
    </w:p>
    <w:p w14:paraId="5957FB0C" w14:textId="70AB62C5" w:rsidR="008B2808" w:rsidRDefault="008B2808" w:rsidP="008B2808">
      <w:pPr>
        <w:pStyle w:val="ListParagraph"/>
        <w:numPr>
          <w:ilvl w:val="0"/>
          <w:numId w:val="13"/>
        </w:numPr>
      </w:pPr>
      <w:r>
        <w:t>Kern Medical Education Summit and Press Conference</w:t>
      </w:r>
    </w:p>
    <w:p w14:paraId="1F46EAA1" w14:textId="35D650E7" w:rsidR="008B2808" w:rsidRDefault="008B2808" w:rsidP="008B2808">
      <w:pPr>
        <w:pStyle w:val="ListParagraph"/>
        <w:numPr>
          <w:ilvl w:val="0"/>
          <w:numId w:val="13"/>
        </w:numPr>
      </w:pPr>
      <w:r>
        <w:t>CREL Fall Forum</w:t>
      </w:r>
    </w:p>
    <w:p w14:paraId="7EA3F235" w14:textId="40B916D4" w:rsidR="008B2808" w:rsidRDefault="008B2808" w:rsidP="008B2808">
      <w:pPr>
        <w:pStyle w:val="ListParagraph"/>
        <w:numPr>
          <w:ilvl w:val="0"/>
          <w:numId w:val="13"/>
        </w:numPr>
      </w:pPr>
      <w:r>
        <w:t>3</w:t>
      </w:r>
      <w:r w:rsidRPr="008B2808">
        <w:rPr>
          <w:vertAlign w:val="superscript"/>
        </w:rPr>
        <w:t>rd</w:t>
      </w:r>
      <w:r>
        <w:t xml:space="preserve"> Annual BC Rodeo</w:t>
      </w:r>
    </w:p>
    <w:p w14:paraId="7C80D70B" w14:textId="59FB3700" w:rsidR="008B2808" w:rsidRDefault="008B2808" w:rsidP="008B2808">
      <w:pPr>
        <w:pStyle w:val="ListParagraph"/>
        <w:numPr>
          <w:ilvl w:val="0"/>
          <w:numId w:val="13"/>
        </w:numPr>
      </w:pPr>
      <w:r>
        <w:t>TEA extensions through June 30, 2026</w:t>
      </w:r>
    </w:p>
    <w:p w14:paraId="56704C41" w14:textId="39FE4597" w:rsidR="008B2808" w:rsidRDefault="008B2808" w:rsidP="008B2808">
      <w:pPr>
        <w:pBdr>
          <w:bottom w:val="single" w:sz="12" w:space="1" w:color="auto"/>
        </w:pBdr>
      </w:pPr>
    </w:p>
    <w:p w14:paraId="2028052A" w14:textId="77777777" w:rsidR="008B2808" w:rsidRDefault="008B2808" w:rsidP="008B2808"/>
    <w:p w14:paraId="72AE8D9D" w14:textId="25353191" w:rsidR="008B2808" w:rsidRPr="0095611C" w:rsidRDefault="008B2808" w:rsidP="008B2808">
      <w:pPr>
        <w:pStyle w:val="Heading2"/>
        <w:contextualSpacing/>
        <w:rPr>
          <w:color w:val="C00000"/>
        </w:rPr>
      </w:pPr>
      <w:r>
        <w:rPr>
          <w:color w:val="C00000"/>
        </w:rPr>
        <w:lastRenderedPageBreak/>
        <w:t>I</w:t>
      </w:r>
      <w:r w:rsidRPr="0095611C">
        <w:rPr>
          <w:color w:val="C00000"/>
        </w:rPr>
        <w:t>V. Reports to College Council</w:t>
      </w:r>
    </w:p>
    <w:p w14:paraId="2D7BBF7D" w14:textId="77777777" w:rsidR="008B2808" w:rsidRPr="0095611C" w:rsidRDefault="008B2808" w:rsidP="008B2808">
      <w:pPr>
        <w:pStyle w:val="Heading3"/>
        <w:contextualSpacing/>
        <w:rPr>
          <w:color w:val="auto"/>
        </w:rPr>
      </w:pPr>
      <w:r w:rsidRPr="0095611C">
        <w:rPr>
          <w:color w:val="auto"/>
        </w:rPr>
        <w:t>A. Committee Charges (Consent Items)</w:t>
      </w:r>
    </w:p>
    <w:p w14:paraId="7F6DF732" w14:textId="77777777" w:rsidR="008B2808" w:rsidRDefault="008B2808" w:rsidP="008B2808">
      <w:pPr>
        <w:contextualSpacing/>
      </w:pPr>
      <w:r>
        <w:t>The following committee charges were presented for review and approval under consent:</w:t>
      </w:r>
    </w:p>
    <w:p w14:paraId="38B142BC" w14:textId="1C260BD6" w:rsidR="008B2808" w:rsidRPr="0095611C" w:rsidRDefault="00F70F06" w:rsidP="008B2808">
      <w:pPr>
        <w:pStyle w:val="ListParagraph"/>
        <w:numPr>
          <w:ilvl w:val="0"/>
          <w:numId w:val="10"/>
        </w:numPr>
      </w:pPr>
      <w:r>
        <w:rPr>
          <w:b/>
          <w:bCs/>
        </w:rPr>
        <w:t>Accreditation &amp; Institutional Quality</w:t>
      </w:r>
      <w:r w:rsidR="008B2808" w:rsidRPr="0095611C">
        <w:rPr>
          <w:b/>
          <w:bCs/>
        </w:rPr>
        <w:t xml:space="preserve"> Charge</w:t>
      </w:r>
    </w:p>
    <w:p w14:paraId="7D0CE682" w14:textId="77777777" w:rsidR="00F70F06" w:rsidRDefault="008B2808" w:rsidP="008B2808">
      <w:pPr>
        <w:contextualSpacing/>
      </w:pPr>
      <w:r w:rsidRPr="0095611C">
        <w:rPr>
          <w:b/>
          <w:bCs/>
        </w:rPr>
        <w:t>Presenter</w:t>
      </w:r>
      <w:r>
        <w:t xml:space="preserve">: </w:t>
      </w:r>
      <w:r w:rsidR="00F70F06">
        <w:t>Grace Commiso</w:t>
      </w:r>
    </w:p>
    <w:p w14:paraId="2BD8B203" w14:textId="6E4EB87E" w:rsidR="008B2808" w:rsidRDefault="008B2808" w:rsidP="008B2808">
      <w:pPr>
        <w:contextualSpacing/>
      </w:pPr>
      <w:r w:rsidRPr="0095611C">
        <w:rPr>
          <w:b/>
          <w:bCs/>
        </w:rPr>
        <w:t>Motion</w:t>
      </w:r>
      <w:r>
        <w:t>: To approve the committee charges as presented.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F70F06">
        <w:t>Nick Strobel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F70F06">
        <w:t>Sooyeon Kim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3331F3C8" w14:textId="77777777" w:rsidR="008B2808" w:rsidRPr="0095611C" w:rsidRDefault="008B2808" w:rsidP="008B2808">
      <w:pPr>
        <w:pStyle w:val="Heading3"/>
        <w:contextualSpacing/>
        <w:rPr>
          <w:color w:val="auto"/>
        </w:rPr>
      </w:pPr>
      <w:r w:rsidRPr="0095611C">
        <w:rPr>
          <w:color w:val="auto"/>
        </w:rPr>
        <w:t>B. Committee Reports (Information Items)</w:t>
      </w:r>
    </w:p>
    <w:p w14:paraId="1E621F91" w14:textId="77777777" w:rsidR="008B2808" w:rsidRDefault="008B2808" w:rsidP="008B2808">
      <w:pPr>
        <w:contextualSpacing/>
      </w:pPr>
      <w:r>
        <w:t>Informational reports were shared from the following committees:</w:t>
      </w:r>
    </w:p>
    <w:p w14:paraId="3561C456" w14:textId="16EE6AB5" w:rsidR="008B2808" w:rsidRPr="004921E8" w:rsidRDefault="00F70F06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Assessment</w:t>
      </w:r>
      <w:r w:rsidR="008B2808" w:rsidRPr="004921E8">
        <w:rPr>
          <w:b/>
          <w:bCs/>
        </w:rPr>
        <w:t xml:space="preserve"> Committee</w:t>
      </w:r>
      <w:r>
        <w:rPr>
          <w:b/>
          <w:bCs/>
        </w:rPr>
        <w:t xml:space="preserve"> </w:t>
      </w:r>
    </w:p>
    <w:p w14:paraId="02B5D5BD" w14:textId="0AEF3C71" w:rsidR="008B2808" w:rsidRPr="004921E8" w:rsidRDefault="00F70F06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Budget C</w:t>
      </w:r>
      <w:r w:rsidR="008B2808" w:rsidRPr="004921E8">
        <w:rPr>
          <w:b/>
          <w:bCs/>
        </w:rPr>
        <w:t>ommittee</w:t>
      </w:r>
    </w:p>
    <w:p w14:paraId="14D55382" w14:textId="20A17738" w:rsidR="008B2808" w:rsidRPr="004921E8" w:rsidRDefault="00F70F06" w:rsidP="008B2808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Equal Opportunity &amp; Diversity Advisory</w:t>
      </w:r>
      <w:r w:rsidR="008B2808" w:rsidRPr="004921E8">
        <w:rPr>
          <w:b/>
          <w:bCs/>
        </w:rPr>
        <w:t xml:space="preserve"> Committee</w:t>
      </w:r>
    </w:p>
    <w:p w14:paraId="04941602" w14:textId="77777777" w:rsidR="008B2808" w:rsidRPr="004921E8" w:rsidRDefault="008B2808" w:rsidP="008B280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Safety Advisory Committee</w:t>
      </w:r>
    </w:p>
    <w:p w14:paraId="401CFA75" w14:textId="506D4362" w:rsidR="008B2808" w:rsidRDefault="008B2808" w:rsidP="008B280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Presenter</w:t>
      </w:r>
      <w:r>
        <w:t xml:space="preserve">: </w:t>
      </w:r>
      <w:r w:rsidR="00F70F06">
        <w:t>Sara Manuel</w:t>
      </w:r>
      <w:r>
        <w:br/>
        <w:t>Reports were received and filed for information only.</w:t>
      </w:r>
    </w:p>
    <w:p w14:paraId="3828494B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8F8E2C3" w14:textId="77777777" w:rsidR="008B2808" w:rsidRDefault="008B2808" w:rsidP="008B2808">
      <w:pPr>
        <w:pBdr>
          <w:bottom w:val="single" w:sz="6" w:space="1" w:color="auto"/>
        </w:pBdr>
        <w:contextualSpacing/>
      </w:pPr>
    </w:p>
    <w:p w14:paraId="161304DF" w14:textId="77777777" w:rsidR="008B2808" w:rsidRDefault="008B2808" w:rsidP="004921E8">
      <w:pPr>
        <w:pStyle w:val="Heading2"/>
        <w:contextualSpacing/>
        <w:rPr>
          <w:color w:val="C00000"/>
        </w:rPr>
      </w:pPr>
    </w:p>
    <w:p w14:paraId="2467EDA5" w14:textId="3168A1C6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V. College Council Business</w:t>
      </w:r>
    </w:p>
    <w:p w14:paraId="10EF88B9" w14:textId="5CCB6C1B" w:rsidR="00F72309" w:rsidRPr="0095611C" w:rsidRDefault="00F72309" w:rsidP="00F72309">
      <w:pPr>
        <w:pStyle w:val="Heading3"/>
        <w:contextualSpacing/>
        <w:rPr>
          <w:color w:val="auto"/>
        </w:rPr>
      </w:pPr>
      <w:r>
        <w:rPr>
          <w:color w:val="auto"/>
        </w:rPr>
        <w:t>C</w:t>
      </w:r>
      <w:r w:rsidRPr="0095611C">
        <w:rPr>
          <w:color w:val="auto"/>
        </w:rPr>
        <w:t xml:space="preserve">. </w:t>
      </w:r>
      <w:r>
        <w:rPr>
          <w:color w:val="auto"/>
        </w:rPr>
        <w:t>Employee Recognition</w:t>
      </w:r>
    </w:p>
    <w:p w14:paraId="505CDFB2" w14:textId="704994E7" w:rsidR="00F72309" w:rsidRDefault="00EA669B" w:rsidP="00F72309">
      <w:pPr>
        <w:contextualSpacing/>
      </w:pPr>
      <w:r>
        <w:t>Began conversation about options to recognize employee service, including years of service. President Pfluger asked for suggestions, and we will revisit in the future.</w:t>
      </w:r>
    </w:p>
    <w:p w14:paraId="63BC8B34" w14:textId="09BC5647" w:rsidR="00F72309" w:rsidRDefault="00F72309" w:rsidP="00F72309">
      <w:pPr>
        <w:contextualSpacing/>
      </w:pPr>
      <w:r w:rsidRPr="0095611C">
        <w:rPr>
          <w:b/>
          <w:bCs/>
        </w:rPr>
        <w:t>Presenter</w:t>
      </w:r>
      <w:r>
        <w:t>: Stacy Pfluger</w:t>
      </w:r>
    </w:p>
    <w:p w14:paraId="396C05D0" w14:textId="25564FD8" w:rsidR="00F72309" w:rsidRPr="0095611C" w:rsidRDefault="00F72309" w:rsidP="00F72309">
      <w:pPr>
        <w:pStyle w:val="Heading3"/>
        <w:contextualSpacing/>
        <w:rPr>
          <w:color w:val="auto"/>
        </w:rPr>
      </w:pPr>
      <w:r>
        <w:rPr>
          <w:color w:val="auto"/>
        </w:rPr>
        <w:t>D</w:t>
      </w:r>
      <w:r w:rsidRPr="0095611C">
        <w:rPr>
          <w:color w:val="auto"/>
        </w:rPr>
        <w:t xml:space="preserve">. </w:t>
      </w:r>
      <w:r>
        <w:rPr>
          <w:color w:val="auto"/>
        </w:rPr>
        <w:t>AIQ Committee Reports o</w:t>
      </w:r>
      <w:r w:rsidR="00370579">
        <w:rPr>
          <w:color w:val="auto"/>
        </w:rPr>
        <w:t>n</w:t>
      </w:r>
      <w:r>
        <w:rPr>
          <w:color w:val="auto"/>
        </w:rPr>
        <w:t xml:space="preserve"> RSI</w:t>
      </w:r>
    </w:p>
    <w:p w14:paraId="0027CA44" w14:textId="3E256EBE" w:rsidR="00F72309" w:rsidRDefault="0080273F" w:rsidP="00F72309">
      <w:pPr>
        <w:contextualSpacing/>
      </w:pPr>
      <w:r>
        <w:t xml:space="preserve">Academic Senate approved online teaching guidelines at their second meeting in September. AIQ has been charged with determining a process to review and ensure RSI standards are met for online courses. </w:t>
      </w:r>
      <w:r w:rsidR="00EA669B">
        <w:t>Development of the rubric for course review is in progress.</w:t>
      </w:r>
    </w:p>
    <w:p w14:paraId="637550D6" w14:textId="7FC2691D" w:rsidR="00F72309" w:rsidRDefault="00F72309" w:rsidP="00F72309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Presenter</w:t>
      </w:r>
      <w:r>
        <w:t>: Grace Commiso</w:t>
      </w:r>
      <w:r>
        <w:br/>
      </w:r>
    </w:p>
    <w:p w14:paraId="4B25FC69" w14:textId="77777777" w:rsidR="00F72309" w:rsidRDefault="00F72309" w:rsidP="00F72309">
      <w:pPr>
        <w:pBdr>
          <w:bottom w:val="single" w:sz="6" w:space="1" w:color="auto"/>
        </w:pBdr>
        <w:contextualSpacing/>
      </w:pPr>
    </w:p>
    <w:p w14:paraId="35B1C9B4" w14:textId="77777777" w:rsidR="004921E8" w:rsidRPr="004921E8" w:rsidRDefault="004921E8" w:rsidP="004921E8">
      <w:pPr>
        <w:contextualSpacing/>
      </w:pPr>
    </w:p>
    <w:p w14:paraId="19D8CCDF" w14:textId="662FC08F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VI. Information Items</w:t>
      </w:r>
    </w:p>
    <w:p w14:paraId="6E27DC61" w14:textId="77777777" w:rsidR="004921E8" w:rsidRDefault="004921E8" w:rsidP="004921E8">
      <w:pPr>
        <w:contextualSpacing/>
      </w:pPr>
      <w:r w:rsidRPr="0064188D">
        <w:rPr>
          <w:rFonts w:asciiTheme="majorHAnsi" w:hAnsiTheme="majorHAnsi" w:cstheme="majorHAnsi"/>
          <w:b/>
          <w:bCs/>
        </w:rPr>
        <w:t>Campus Events and Dates to Note:</w:t>
      </w:r>
      <w:r w:rsidRPr="004921E8">
        <w:rPr>
          <w:b/>
          <w:bCs/>
        </w:rPr>
        <w:br/>
      </w:r>
      <w:r>
        <w:t>A summary of key upcoming campus activities was shared, including:</w:t>
      </w:r>
    </w:p>
    <w:p w14:paraId="75BA0BA8" w14:textId="700846A7" w:rsidR="004921E8" w:rsidRDefault="00496C59" w:rsidP="004921E8">
      <w:pPr>
        <w:pStyle w:val="ListParagraph"/>
        <w:numPr>
          <w:ilvl w:val="0"/>
          <w:numId w:val="12"/>
        </w:numPr>
      </w:pPr>
      <w:r>
        <w:lastRenderedPageBreak/>
        <w:t>Applied Music Recital</w:t>
      </w:r>
      <w:r w:rsidR="004921E8">
        <w:t xml:space="preserve"> – </w:t>
      </w:r>
      <w:r w:rsidR="00E84676">
        <w:t xml:space="preserve">November </w:t>
      </w:r>
      <w:r>
        <w:t>8</w:t>
      </w:r>
      <w:r w:rsidR="00E84676">
        <w:t>,</w:t>
      </w:r>
      <w:r w:rsidR="004921E8">
        <w:t xml:space="preserve"> </w:t>
      </w:r>
      <w:r>
        <w:t>Indoor Theater</w:t>
      </w:r>
    </w:p>
    <w:p w14:paraId="4FBBC99E" w14:textId="5F3CC6C4" w:rsidR="004921E8" w:rsidRDefault="00496C59" w:rsidP="004921E8">
      <w:pPr>
        <w:pStyle w:val="ListParagraph"/>
        <w:numPr>
          <w:ilvl w:val="0"/>
          <w:numId w:val="12"/>
        </w:numPr>
      </w:pPr>
      <w:r>
        <w:t>BC Rodeo</w:t>
      </w:r>
      <w:r w:rsidR="004921E8">
        <w:t xml:space="preserve"> – </w:t>
      </w:r>
      <w:r w:rsidR="00E84676">
        <w:t>November</w:t>
      </w:r>
      <w:r w:rsidR="004921E8">
        <w:t xml:space="preserve"> </w:t>
      </w:r>
      <w:r>
        <w:t>8-9</w:t>
      </w:r>
      <w:r w:rsidR="004921E8">
        <w:t xml:space="preserve">, </w:t>
      </w:r>
      <w:r>
        <w:t>Kern County Fairgrounds</w:t>
      </w:r>
    </w:p>
    <w:p w14:paraId="33F126CD" w14:textId="1D1C9E88" w:rsidR="004921E8" w:rsidRDefault="00E84676" w:rsidP="004921E8">
      <w:pPr>
        <w:pStyle w:val="ListParagraph"/>
        <w:numPr>
          <w:ilvl w:val="0"/>
          <w:numId w:val="12"/>
        </w:numPr>
      </w:pPr>
      <w:r>
        <w:t xml:space="preserve">Deep Cuts </w:t>
      </w:r>
      <w:r w:rsidR="00496C59">
        <w:t xml:space="preserve">&amp; </w:t>
      </w:r>
      <w:r>
        <w:t>Conversation – November 12, Levan Center</w:t>
      </w:r>
    </w:p>
    <w:p w14:paraId="65707D7C" w14:textId="2ECDED09" w:rsidR="004921E8" w:rsidRDefault="00496C59" w:rsidP="004921E8">
      <w:pPr>
        <w:pStyle w:val="ListParagraph"/>
        <w:numPr>
          <w:ilvl w:val="0"/>
          <w:numId w:val="12"/>
        </w:numPr>
      </w:pPr>
      <w:r>
        <w:t>Vet Fest</w:t>
      </w:r>
      <w:r w:rsidR="004921E8">
        <w:t xml:space="preserve"> – November </w:t>
      </w:r>
      <w:r w:rsidR="00E84676">
        <w:t>1</w:t>
      </w:r>
      <w:r>
        <w:t>9</w:t>
      </w:r>
      <w:r w:rsidR="004921E8">
        <w:t xml:space="preserve">, </w:t>
      </w:r>
      <w:r>
        <w:t>Renegade Crossroads</w:t>
      </w:r>
    </w:p>
    <w:p w14:paraId="09233D9F" w14:textId="64388D72" w:rsidR="004921E8" w:rsidRDefault="004921E8" w:rsidP="004921E8">
      <w:pPr>
        <w:contextualSpacing/>
      </w:pPr>
      <w:r>
        <w:t xml:space="preserve">Full listings are available through the </w:t>
      </w:r>
      <w:hyperlink r:id="rId8" w:history="1">
        <w:r w:rsidRPr="00E511A8">
          <w:rPr>
            <w:rStyle w:val="Hyperlink"/>
          </w:rPr>
          <w:t>Bakersfield College Events Calendar</w:t>
        </w:r>
      </w:hyperlink>
      <w:r>
        <w:t xml:space="preserve"> and the </w:t>
      </w:r>
      <w:hyperlink r:id="rId9" w:history="1">
        <w:r w:rsidRPr="00E511A8">
          <w:rPr>
            <w:rStyle w:val="Hyperlink"/>
          </w:rPr>
          <w:t>Renegade Athletics Schedule</w:t>
        </w:r>
      </w:hyperlink>
      <w:r>
        <w:t>.</w:t>
      </w:r>
    </w:p>
    <w:p w14:paraId="06550DEF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E24BE8A" w14:textId="77777777" w:rsidR="004921E8" w:rsidRDefault="004921E8" w:rsidP="004921E8">
      <w:pPr>
        <w:contextualSpacing/>
      </w:pPr>
    </w:p>
    <w:p w14:paraId="7B7DC440" w14:textId="3F92575C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Adjournment</w:t>
      </w:r>
    </w:p>
    <w:p w14:paraId="22DEB580" w14:textId="3CE11368" w:rsidR="00737F40" w:rsidRDefault="004921E8" w:rsidP="004921E8">
      <w:pPr>
        <w:contextualSpacing/>
      </w:pPr>
      <w:r>
        <w:t xml:space="preserve">The meeting was adjourned at </w:t>
      </w:r>
      <w:r w:rsidR="00F72309">
        <w:rPr>
          <w:b/>
          <w:bCs/>
        </w:rPr>
        <w:t>2</w:t>
      </w:r>
      <w:r w:rsidRPr="00E84676">
        <w:rPr>
          <w:b/>
          <w:bCs/>
        </w:rPr>
        <w:t>:</w:t>
      </w:r>
      <w:r w:rsidR="00F72309">
        <w:rPr>
          <w:b/>
          <w:bCs/>
        </w:rPr>
        <w:t>1</w:t>
      </w:r>
      <w:r w:rsidR="00E84676" w:rsidRPr="00E84676">
        <w:rPr>
          <w:b/>
          <w:bCs/>
        </w:rPr>
        <w:t>0</w:t>
      </w:r>
      <w:r w:rsidRPr="00E84676">
        <w:rPr>
          <w:b/>
          <w:bCs/>
        </w:rPr>
        <w:t xml:space="preserve"> p.m</w:t>
      </w:r>
      <w:r>
        <w:t>.</w:t>
      </w:r>
    </w:p>
    <w:p w14:paraId="0BF17CBC" w14:textId="12CF8FCC" w:rsidR="00737F40" w:rsidRDefault="004921E8" w:rsidP="00E511A8">
      <w:pPr>
        <w:contextualSpacing/>
      </w:pPr>
      <w:r>
        <w:t xml:space="preserve">The next scheduled College Council meeting will be held on </w:t>
      </w:r>
      <w:r w:rsidRPr="004921E8">
        <w:rPr>
          <w:b/>
          <w:bCs/>
        </w:rPr>
        <w:t xml:space="preserve">Thursday, </w:t>
      </w:r>
      <w:r w:rsidR="00E84676">
        <w:rPr>
          <w:b/>
          <w:bCs/>
        </w:rPr>
        <w:t>November</w:t>
      </w:r>
      <w:r w:rsidRPr="004921E8">
        <w:rPr>
          <w:b/>
          <w:bCs/>
        </w:rPr>
        <w:t xml:space="preserve"> </w:t>
      </w:r>
      <w:r w:rsidR="00F72309">
        <w:rPr>
          <w:b/>
          <w:bCs/>
        </w:rPr>
        <w:t>20</w:t>
      </w:r>
      <w:r w:rsidRPr="004921E8">
        <w:rPr>
          <w:b/>
          <w:bCs/>
        </w:rPr>
        <w:t>, 2025</w:t>
      </w:r>
      <w:r>
        <w:t xml:space="preserve">, at </w:t>
      </w:r>
      <w:r w:rsidR="00E511A8">
        <w:rPr>
          <w:b/>
          <w:bCs/>
        </w:rPr>
        <w:t>1:</w:t>
      </w:r>
      <w:r w:rsidR="00E84676">
        <w:rPr>
          <w:b/>
          <w:bCs/>
        </w:rPr>
        <w:t>3</w:t>
      </w:r>
      <w:r w:rsidRPr="004921E8">
        <w:rPr>
          <w:b/>
          <w:bCs/>
        </w:rPr>
        <w:t>0 p.m.</w:t>
      </w:r>
      <w:r>
        <w:t xml:space="preserve"> in the </w:t>
      </w:r>
      <w:r w:rsidRPr="004921E8">
        <w:rPr>
          <w:b/>
          <w:bCs/>
        </w:rPr>
        <w:t>Campus Center Boardroom</w:t>
      </w:r>
      <w:r>
        <w:t>.</w:t>
      </w:r>
    </w:p>
    <w:p w14:paraId="26AC24ED" w14:textId="77777777" w:rsidR="004921E8" w:rsidRDefault="004921E8" w:rsidP="004921E8">
      <w:pPr>
        <w:contextualSpacing/>
      </w:pPr>
    </w:p>
    <w:sectPr w:rsidR="004921E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D00B18"/>
    <w:multiLevelType w:val="hybridMultilevel"/>
    <w:tmpl w:val="6CCA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E3FC2"/>
    <w:multiLevelType w:val="hybridMultilevel"/>
    <w:tmpl w:val="7DA8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A438B"/>
    <w:multiLevelType w:val="hybridMultilevel"/>
    <w:tmpl w:val="C692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54D2"/>
    <w:multiLevelType w:val="hybridMultilevel"/>
    <w:tmpl w:val="744E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057">
    <w:abstractNumId w:val="8"/>
  </w:num>
  <w:num w:numId="2" w16cid:durableId="1276713522">
    <w:abstractNumId w:val="6"/>
  </w:num>
  <w:num w:numId="3" w16cid:durableId="442726315">
    <w:abstractNumId w:val="5"/>
  </w:num>
  <w:num w:numId="4" w16cid:durableId="950166741">
    <w:abstractNumId w:val="4"/>
  </w:num>
  <w:num w:numId="5" w16cid:durableId="1821266624">
    <w:abstractNumId w:val="7"/>
  </w:num>
  <w:num w:numId="6" w16cid:durableId="1821653909">
    <w:abstractNumId w:val="3"/>
  </w:num>
  <w:num w:numId="7" w16cid:durableId="1745637032">
    <w:abstractNumId w:val="2"/>
  </w:num>
  <w:num w:numId="8" w16cid:durableId="1979918677">
    <w:abstractNumId w:val="1"/>
  </w:num>
  <w:num w:numId="9" w16cid:durableId="1263105044">
    <w:abstractNumId w:val="0"/>
  </w:num>
  <w:num w:numId="10" w16cid:durableId="123738198">
    <w:abstractNumId w:val="9"/>
  </w:num>
  <w:num w:numId="11" w16cid:durableId="1042054581">
    <w:abstractNumId w:val="11"/>
  </w:num>
  <w:num w:numId="12" w16cid:durableId="223107256">
    <w:abstractNumId w:val="10"/>
  </w:num>
  <w:num w:numId="13" w16cid:durableId="6535356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EAD"/>
    <w:rsid w:val="00034616"/>
    <w:rsid w:val="000378C2"/>
    <w:rsid w:val="0006063C"/>
    <w:rsid w:val="00125111"/>
    <w:rsid w:val="0015074B"/>
    <w:rsid w:val="001B0DCB"/>
    <w:rsid w:val="00231C86"/>
    <w:rsid w:val="0029639D"/>
    <w:rsid w:val="002B23D8"/>
    <w:rsid w:val="002F4385"/>
    <w:rsid w:val="00326F90"/>
    <w:rsid w:val="00336EF9"/>
    <w:rsid w:val="00370579"/>
    <w:rsid w:val="003E1226"/>
    <w:rsid w:val="004921E8"/>
    <w:rsid w:val="00496C59"/>
    <w:rsid w:val="004A375A"/>
    <w:rsid w:val="00544939"/>
    <w:rsid w:val="005C6EEE"/>
    <w:rsid w:val="0064188D"/>
    <w:rsid w:val="006A6D6C"/>
    <w:rsid w:val="00737F40"/>
    <w:rsid w:val="00771709"/>
    <w:rsid w:val="00772978"/>
    <w:rsid w:val="007D370B"/>
    <w:rsid w:val="0080273F"/>
    <w:rsid w:val="008A3C06"/>
    <w:rsid w:val="008B2808"/>
    <w:rsid w:val="008E0270"/>
    <w:rsid w:val="0095611C"/>
    <w:rsid w:val="009C06AE"/>
    <w:rsid w:val="00A434A4"/>
    <w:rsid w:val="00A57595"/>
    <w:rsid w:val="00A87B19"/>
    <w:rsid w:val="00AA1D8D"/>
    <w:rsid w:val="00AF7971"/>
    <w:rsid w:val="00B47730"/>
    <w:rsid w:val="00B73C2E"/>
    <w:rsid w:val="00BA2B63"/>
    <w:rsid w:val="00C20D88"/>
    <w:rsid w:val="00C4649C"/>
    <w:rsid w:val="00CB0664"/>
    <w:rsid w:val="00DB13EF"/>
    <w:rsid w:val="00E511A8"/>
    <w:rsid w:val="00E84676"/>
    <w:rsid w:val="00EA669B"/>
    <w:rsid w:val="00F55E78"/>
    <w:rsid w:val="00F70F06"/>
    <w:rsid w:val="00F7230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F2EF89"/>
  <w14:defaultImageDpi w14:val="300"/>
  <w15:docId w15:val="{B1396833-1B6E-4BDE-A397-D36B705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309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kersfieldcollege.edu/campus-life/calendar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committees.bakersfieldcollege.edu/college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gades.com/compo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470</Words>
  <Characters>2906</Characters>
  <Application>Microsoft Office Word</Application>
  <DocSecurity>0</DocSecurity>
  <Lines>93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Catherine Guerrero</cp:lastModifiedBy>
  <cp:revision>10</cp:revision>
  <cp:lastPrinted>2025-11-12T23:54:00Z</cp:lastPrinted>
  <dcterms:created xsi:type="dcterms:W3CDTF">2025-11-12T23:17:00Z</dcterms:created>
  <dcterms:modified xsi:type="dcterms:W3CDTF">2025-11-13T19:09:00Z</dcterms:modified>
  <cp:category/>
</cp:coreProperties>
</file>